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725E37" w14:textId="707FAD3A" w:rsidR="000869DA" w:rsidRDefault="00733E2C">
      <w:pPr>
        <w:pBdr>
          <w:bottom w:val="single" w:sz="12" w:space="3" w:color="2E74B5"/>
        </w:pBdr>
        <w:spacing w:before="40" w:after="200"/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6D256FF8" wp14:editId="72AB6D6B">
            <wp:simplePos x="0" y="0"/>
            <wp:positionH relativeFrom="column">
              <wp:posOffset>1261110</wp:posOffset>
            </wp:positionH>
            <wp:positionV relativeFrom="paragraph">
              <wp:posOffset>-464820</wp:posOffset>
            </wp:positionV>
            <wp:extent cx="3599695" cy="719329"/>
            <wp:effectExtent l="0" t="0" r="1270" b="5080"/>
            <wp:wrapNone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 1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599695" cy="71932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D951D74" w14:textId="77777777" w:rsidR="000869DA" w:rsidRDefault="00000000">
      <w:pPr>
        <w:keepNext/>
        <w:spacing w:after="80"/>
        <w:jc w:val="center"/>
      </w:pPr>
      <w:r>
        <w:rPr>
          <w:b/>
          <w:color w:val="0B2545"/>
          <w:sz w:val="35"/>
        </w:rPr>
        <w:t>ŽÁDOST O POVOLENÍ INDIVIDUÁLNÍHO VZDĚLÁVÁNÍ ŽÁKA</w:t>
      </w:r>
    </w:p>
    <w:p w14:paraId="2C97AAD5" w14:textId="77777777" w:rsidR="000869DA" w:rsidRDefault="00000000">
      <w:pPr>
        <w:spacing w:after="180"/>
        <w:jc w:val="center"/>
      </w:pPr>
      <w:r>
        <w:rPr>
          <w:color w:val="697582"/>
          <w:sz w:val="18"/>
        </w:rPr>
        <w:t>podle § 41 zákona č. 561/2004 Sb., školského zákona, ve znění pozdějších předpisů</w:t>
      </w:r>
    </w:p>
    <w:p w14:paraId="51816FFD" w14:textId="77777777" w:rsidR="000869DA" w:rsidRDefault="00000000">
      <w:pPr>
        <w:pStyle w:val="Nadpis1"/>
      </w:pPr>
      <w:r>
        <w:t>1. Zákonný zástupce žáka</w:t>
      </w:r>
    </w:p>
    <w:tbl>
      <w:tblPr>
        <w:tblW w:w="9360" w:type="dxa"/>
        <w:tblInd w:w="120" w:type="dxa"/>
        <w:tblBorders>
          <w:top w:val="single" w:sz="6" w:space="0" w:color="AAB3BB"/>
          <w:left w:val="single" w:sz="6" w:space="0" w:color="AAB3BB"/>
          <w:bottom w:val="single" w:sz="6" w:space="0" w:color="AAB3BB"/>
          <w:right w:val="single" w:sz="6" w:space="0" w:color="AAB3BB"/>
          <w:insideH w:val="single" w:sz="6" w:space="0" w:color="AAB3BB"/>
          <w:insideV w:val="single" w:sz="6" w:space="0" w:color="AAB3BB"/>
        </w:tblBorders>
        <w:tblLayout w:type="fixed"/>
        <w:tblLook w:val="04A0" w:firstRow="1" w:lastRow="0" w:firstColumn="1" w:lastColumn="0" w:noHBand="0" w:noVBand="1"/>
      </w:tblPr>
      <w:tblGrid>
        <w:gridCol w:w="2800"/>
        <w:gridCol w:w="6560"/>
      </w:tblGrid>
      <w:tr w:rsidR="000869DA" w14:paraId="341780EA" w14:textId="77777777">
        <w:tc>
          <w:tcPr>
            <w:tcW w:w="2800" w:type="dxa"/>
            <w:shd w:val="clear" w:color="auto" w:fill="F2F4F7"/>
            <w:tcMar>
              <w:top w:w="85" w:type="dxa"/>
              <w:left w:w="120" w:type="dxa"/>
              <w:bottom w:w="85" w:type="dxa"/>
              <w:right w:w="120" w:type="dxa"/>
            </w:tcMar>
          </w:tcPr>
          <w:p w14:paraId="6DB2291B" w14:textId="77777777" w:rsidR="000869DA" w:rsidRDefault="00000000">
            <w:pPr>
              <w:spacing w:after="0"/>
            </w:pPr>
            <w:r>
              <w:rPr>
                <w:b/>
                <w:color w:val="0B2545"/>
                <w:sz w:val="19"/>
              </w:rPr>
              <w:t>Jméno a příjmení</w:t>
            </w:r>
          </w:p>
        </w:tc>
        <w:tc>
          <w:tcPr>
            <w:tcW w:w="6560" w:type="dxa"/>
            <w:tcMar>
              <w:top w:w="85" w:type="dxa"/>
              <w:left w:w="120" w:type="dxa"/>
              <w:bottom w:w="85" w:type="dxa"/>
              <w:right w:w="120" w:type="dxa"/>
            </w:tcMar>
          </w:tcPr>
          <w:p w14:paraId="66DFD5BC" w14:textId="77777777" w:rsidR="000869DA" w:rsidRDefault="00000000">
            <w:pPr>
              <w:spacing w:after="20"/>
            </w:pPr>
            <w:r>
              <w:rPr>
                <w:i/>
                <w:color w:val="697582"/>
                <w:sz w:val="19"/>
              </w:rPr>
              <w:t>[doplňte]</w:t>
            </w:r>
          </w:p>
        </w:tc>
      </w:tr>
      <w:tr w:rsidR="000869DA" w14:paraId="379A5D09" w14:textId="77777777">
        <w:tc>
          <w:tcPr>
            <w:tcW w:w="2800" w:type="dxa"/>
            <w:shd w:val="clear" w:color="auto" w:fill="F2F4F7"/>
            <w:tcMar>
              <w:top w:w="85" w:type="dxa"/>
              <w:left w:w="120" w:type="dxa"/>
              <w:bottom w:w="85" w:type="dxa"/>
              <w:right w:w="120" w:type="dxa"/>
            </w:tcMar>
          </w:tcPr>
          <w:p w14:paraId="04B94EE7" w14:textId="77777777" w:rsidR="000869DA" w:rsidRDefault="00000000">
            <w:pPr>
              <w:spacing w:after="0"/>
            </w:pPr>
            <w:r>
              <w:rPr>
                <w:b/>
                <w:color w:val="0B2545"/>
                <w:sz w:val="19"/>
              </w:rPr>
              <w:t>Datum narození</w:t>
            </w:r>
          </w:p>
        </w:tc>
        <w:tc>
          <w:tcPr>
            <w:tcW w:w="6560" w:type="dxa"/>
            <w:tcMar>
              <w:top w:w="85" w:type="dxa"/>
              <w:left w:w="120" w:type="dxa"/>
              <w:bottom w:w="85" w:type="dxa"/>
              <w:right w:w="120" w:type="dxa"/>
            </w:tcMar>
          </w:tcPr>
          <w:p w14:paraId="5414A8BE" w14:textId="77777777" w:rsidR="000869DA" w:rsidRDefault="00000000">
            <w:pPr>
              <w:spacing w:after="20"/>
            </w:pPr>
            <w:r>
              <w:rPr>
                <w:i/>
                <w:color w:val="697582"/>
                <w:sz w:val="19"/>
              </w:rPr>
              <w:t>[doplňte]</w:t>
            </w:r>
          </w:p>
        </w:tc>
      </w:tr>
      <w:tr w:rsidR="000869DA" w14:paraId="22F9BFCD" w14:textId="77777777">
        <w:tc>
          <w:tcPr>
            <w:tcW w:w="2800" w:type="dxa"/>
            <w:shd w:val="clear" w:color="auto" w:fill="F2F4F7"/>
            <w:tcMar>
              <w:top w:w="85" w:type="dxa"/>
              <w:left w:w="120" w:type="dxa"/>
              <w:bottom w:w="85" w:type="dxa"/>
              <w:right w:w="120" w:type="dxa"/>
            </w:tcMar>
          </w:tcPr>
          <w:p w14:paraId="37EFFE35" w14:textId="77777777" w:rsidR="000869DA" w:rsidRDefault="00000000">
            <w:pPr>
              <w:spacing w:after="0"/>
            </w:pPr>
            <w:r>
              <w:rPr>
                <w:b/>
                <w:color w:val="0B2545"/>
                <w:sz w:val="19"/>
              </w:rPr>
              <w:t>Místo trvalého pobytu</w:t>
            </w:r>
          </w:p>
        </w:tc>
        <w:tc>
          <w:tcPr>
            <w:tcW w:w="6560" w:type="dxa"/>
            <w:tcMar>
              <w:top w:w="85" w:type="dxa"/>
              <w:left w:w="120" w:type="dxa"/>
              <w:bottom w:w="85" w:type="dxa"/>
              <w:right w:w="120" w:type="dxa"/>
            </w:tcMar>
          </w:tcPr>
          <w:p w14:paraId="0CF80C3A" w14:textId="77777777" w:rsidR="000869DA" w:rsidRDefault="00000000">
            <w:pPr>
              <w:spacing w:after="20"/>
            </w:pPr>
            <w:r>
              <w:rPr>
                <w:i/>
                <w:color w:val="697582"/>
                <w:sz w:val="19"/>
              </w:rPr>
              <w:t>[ulice, číslo, obec, PSČ]</w:t>
            </w:r>
          </w:p>
        </w:tc>
      </w:tr>
      <w:tr w:rsidR="000869DA" w14:paraId="45E43C4F" w14:textId="77777777">
        <w:tc>
          <w:tcPr>
            <w:tcW w:w="2800" w:type="dxa"/>
            <w:shd w:val="clear" w:color="auto" w:fill="F2F4F7"/>
            <w:tcMar>
              <w:top w:w="85" w:type="dxa"/>
              <w:left w:w="120" w:type="dxa"/>
              <w:bottom w:w="85" w:type="dxa"/>
              <w:right w:w="120" w:type="dxa"/>
            </w:tcMar>
          </w:tcPr>
          <w:p w14:paraId="623FCDD3" w14:textId="77777777" w:rsidR="000869DA" w:rsidRDefault="00000000">
            <w:pPr>
              <w:spacing w:after="0"/>
            </w:pPr>
            <w:r>
              <w:rPr>
                <w:b/>
                <w:color w:val="0B2545"/>
                <w:sz w:val="19"/>
              </w:rPr>
              <w:t>Adresa pro doručování</w:t>
            </w:r>
          </w:p>
        </w:tc>
        <w:tc>
          <w:tcPr>
            <w:tcW w:w="6560" w:type="dxa"/>
            <w:tcMar>
              <w:top w:w="85" w:type="dxa"/>
              <w:left w:w="120" w:type="dxa"/>
              <w:bottom w:w="85" w:type="dxa"/>
              <w:right w:w="120" w:type="dxa"/>
            </w:tcMar>
          </w:tcPr>
          <w:p w14:paraId="44C7F3E4" w14:textId="77777777" w:rsidR="000869DA" w:rsidRDefault="00000000">
            <w:pPr>
              <w:spacing w:after="20"/>
            </w:pPr>
            <w:r>
              <w:rPr>
                <w:i/>
                <w:color w:val="697582"/>
                <w:sz w:val="19"/>
              </w:rPr>
              <w:t>[vyplňte, pouze pokud se liší]</w:t>
            </w:r>
          </w:p>
        </w:tc>
      </w:tr>
      <w:tr w:rsidR="000869DA" w14:paraId="4C95145F" w14:textId="77777777">
        <w:tc>
          <w:tcPr>
            <w:tcW w:w="2800" w:type="dxa"/>
            <w:shd w:val="clear" w:color="auto" w:fill="F2F4F7"/>
            <w:tcMar>
              <w:top w:w="85" w:type="dxa"/>
              <w:left w:w="120" w:type="dxa"/>
              <w:bottom w:w="85" w:type="dxa"/>
              <w:right w:w="120" w:type="dxa"/>
            </w:tcMar>
          </w:tcPr>
          <w:p w14:paraId="5FEA6B4E" w14:textId="77777777" w:rsidR="000869DA" w:rsidRDefault="00000000">
            <w:pPr>
              <w:spacing w:after="0"/>
            </w:pPr>
            <w:r>
              <w:rPr>
                <w:b/>
                <w:color w:val="0B2545"/>
                <w:sz w:val="19"/>
              </w:rPr>
              <w:t>Telefon a e-mail (nepovinné)</w:t>
            </w:r>
          </w:p>
        </w:tc>
        <w:tc>
          <w:tcPr>
            <w:tcW w:w="6560" w:type="dxa"/>
            <w:tcMar>
              <w:top w:w="85" w:type="dxa"/>
              <w:left w:w="120" w:type="dxa"/>
              <w:bottom w:w="85" w:type="dxa"/>
              <w:right w:w="120" w:type="dxa"/>
            </w:tcMar>
          </w:tcPr>
          <w:p w14:paraId="3F23698D" w14:textId="77777777" w:rsidR="000869DA" w:rsidRDefault="00000000">
            <w:pPr>
              <w:spacing w:after="20"/>
            </w:pPr>
            <w:r>
              <w:rPr>
                <w:i/>
                <w:color w:val="697582"/>
                <w:sz w:val="19"/>
              </w:rPr>
              <w:t>[doplňte]</w:t>
            </w:r>
          </w:p>
        </w:tc>
      </w:tr>
    </w:tbl>
    <w:p w14:paraId="0E3B6BAA" w14:textId="77777777" w:rsidR="000869DA" w:rsidRDefault="000869DA">
      <w:pPr>
        <w:spacing w:after="0"/>
      </w:pPr>
    </w:p>
    <w:p w14:paraId="189E027F" w14:textId="77777777" w:rsidR="000869DA" w:rsidRDefault="00000000">
      <w:pPr>
        <w:pStyle w:val="Nadpis1"/>
      </w:pPr>
      <w:r>
        <w:t>2. Údaje o žákovi</w:t>
      </w:r>
    </w:p>
    <w:tbl>
      <w:tblPr>
        <w:tblW w:w="9360" w:type="dxa"/>
        <w:tblInd w:w="120" w:type="dxa"/>
        <w:tblBorders>
          <w:top w:val="single" w:sz="6" w:space="0" w:color="AAB3BB"/>
          <w:left w:val="single" w:sz="6" w:space="0" w:color="AAB3BB"/>
          <w:bottom w:val="single" w:sz="6" w:space="0" w:color="AAB3BB"/>
          <w:right w:val="single" w:sz="6" w:space="0" w:color="AAB3BB"/>
          <w:insideH w:val="single" w:sz="6" w:space="0" w:color="AAB3BB"/>
          <w:insideV w:val="single" w:sz="6" w:space="0" w:color="AAB3BB"/>
        </w:tblBorders>
        <w:tblLayout w:type="fixed"/>
        <w:tblLook w:val="04A0" w:firstRow="1" w:lastRow="0" w:firstColumn="1" w:lastColumn="0" w:noHBand="0" w:noVBand="1"/>
      </w:tblPr>
      <w:tblGrid>
        <w:gridCol w:w="2800"/>
        <w:gridCol w:w="6560"/>
      </w:tblGrid>
      <w:tr w:rsidR="000869DA" w14:paraId="03859E6B" w14:textId="77777777">
        <w:tc>
          <w:tcPr>
            <w:tcW w:w="2800" w:type="dxa"/>
            <w:shd w:val="clear" w:color="auto" w:fill="F2F4F7"/>
            <w:tcMar>
              <w:top w:w="85" w:type="dxa"/>
              <w:left w:w="120" w:type="dxa"/>
              <w:bottom w:w="85" w:type="dxa"/>
              <w:right w:w="120" w:type="dxa"/>
            </w:tcMar>
          </w:tcPr>
          <w:p w14:paraId="00D27C49" w14:textId="77777777" w:rsidR="000869DA" w:rsidRDefault="00000000">
            <w:pPr>
              <w:spacing w:after="0"/>
            </w:pPr>
            <w:r>
              <w:rPr>
                <w:b/>
                <w:color w:val="0B2545"/>
                <w:sz w:val="19"/>
              </w:rPr>
              <w:t>Jméno, popřípadě jména, a příjmení</w:t>
            </w:r>
          </w:p>
        </w:tc>
        <w:tc>
          <w:tcPr>
            <w:tcW w:w="6560" w:type="dxa"/>
            <w:tcMar>
              <w:top w:w="85" w:type="dxa"/>
              <w:left w:w="120" w:type="dxa"/>
              <w:bottom w:w="85" w:type="dxa"/>
              <w:right w:w="120" w:type="dxa"/>
            </w:tcMar>
          </w:tcPr>
          <w:p w14:paraId="25F6AE33" w14:textId="77777777" w:rsidR="000869DA" w:rsidRDefault="00000000">
            <w:pPr>
              <w:spacing w:after="20"/>
            </w:pPr>
            <w:r>
              <w:rPr>
                <w:i/>
                <w:color w:val="697582"/>
                <w:sz w:val="19"/>
              </w:rPr>
              <w:t>[doplňte]</w:t>
            </w:r>
          </w:p>
        </w:tc>
      </w:tr>
      <w:tr w:rsidR="000869DA" w14:paraId="470DE434" w14:textId="77777777">
        <w:tc>
          <w:tcPr>
            <w:tcW w:w="2800" w:type="dxa"/>
            <w:shd w:val="clear" w:color="auto" w:fill="F2F4F7"/>
            <w:tcMar>
              <w:top w:w="85" w:type="dxa"/>
              <w:left w:w="120" w:type="dxa"/>
              <w:bottom w:w="85" w:type="dxa"/>
              <w:right w:w="120" w:type="dxa"/>
            </w:tcMar>
          </w:tcPr>
          <w:p w14:paraId="381B1D37" w14:textId="77777777" w:rsidR="000869DA" w:rsidRDefault="00000000">
            <w:pPr>
              <w:spacing w:after="0"/>
            </w:pPr>
            <w:r>
              <w:rPr>
                <w:b/>
                <w:color w:val="0B2545"/>
                <w:sz w:val="19"/>
              </w:rPr>
              <w:t>Rodné číslo, bylo-li přiděleno</w:t>
            </w:r>
          </w:p>
        </w:tc>
        <w:tc>
          <w:tcPr>
            <w:tcW w:w="6560" w:type="dxa"/>
            <w:tcMar>
              <w:top w:w="85" w:type="dxa"/>
              <w:left w:w="120" w:type="dxa"/>
              <w:bottom w:w="85" w:type="dxa"/>
              <w:right w:w="120" w:type="dxa"/>
            </w:tcMar>
          </w:tcPr>
          <w:p w14:paraId="033C9ADE" w14:textId="77777777" w:rsidR="000869DA" w:rsidRDefault="00000000">
            <w:pPr>
              <w:spacing w:after="20"/>
            </w:pPr>
            <w:r>
              <w:rPr>
                <w:i/>
                <w:color w:val="697582"/>
                <w:sz w:val="19"/>
              </w:rPr>
              <w:t>[doplňte]</w:t>
            </w:r>
          </w:p>
        </w:tc>
      </w:tr>
      <w:tr w:rsidR="000869DA" w14:paraId="0FA18695" w14:textId="77777777">
        <w:tc>
          <w:tcPr>
            <w:tcW w:w="2800" w:type="dxa"/>
            <w:shd w:val="clear" w:color="auto" w:fill="F2F4F7"/>
            <w:tcMar>
              <w:top w:w="85" w:type="dxa"/>
              <w:left w:w="120" w:type="dxa"/>
              <w:bottom w:w="85" w:type="dxa"/>
              <w:right w:w="120" w:type="dxa"/>
            </w:tcMar>
          </w:tcPr>
          <w:p w14:paraId="7AF88983" w14:textId="77777777" w:rsidR="000869DA" w:rsidRDefault="00000000">
            <w:pPr>
              <w:spacing w:after="0"/>
            </w:pPr>
            <w:r>
              <w:rPr>
                <w:b/>
                <w:color w:val="0B2545"/>
                <w:sz w:val="19"/>
              </w:rPr>
              <w:t>Místo trvalého pobytu / bydliště</w:t>
            </w:r>
          </w:p>
        </w:tc>
        <w:tc>
          <w:tcPr>
            <w:tcW w:w="6560" w:type="dxa"/>
            <w:tcMar>
              <w:top w:w="85" w:type="dxa"/>
              <w:left w:w="120" w:type="dxa"/>
              <w:bottom w:w="85" w:type="dxa"/>
              <w:right w:w="120" w:type="dxa"/>
            </w:tcMar>
          </w:tcPr>
          <w:p w14:paraId="2BC069A4" w14:textId="77777777" w:rsidR="000869DA" w:rsidRDefault="00000000">
            <w:pPr>
              <w:spacing w:after="20"/>
            </w:pPr>
            <w:r>
              <w:rPr>
                <w:i/>
                <w:color w:val="697582"/>
                <w:sz w:val="19"/>
              </w:rPr>
              <w:t>[doplňte]</w:t>
            </w:r>
          </w:p>
        </w:tc>
      </w:tr>
      <w:tr w:rsidR="000869DA" w14:paraId="07D02FA8" w14:textId="77777777">
        <w:tc>
          <w:tcPr>
            <w:tcW w:w="2800" w:type="dxa"/>
            <w:shd w:val="clear" w:color="auto" w:fill="F2F4F7"/>
            <w:tcMar>
              <w:top w:w="85" w:type="dxa"/>
              <w:left w:w="120" w:type="dxa"/>
              <w:bottom w:w="85" w:type="dxa"/>
              <w:right w:w="120" w:type="dxa"/>
            </w:tcMar>
          </w:tcPr>
          <w:p w14:paraId="42B4B8FA" w14:textId="77777777" w:rsidR="000869DA" w:rsidRDefault="00000000">
            <w:pPr>
              <w:spacing w:after="0"/>
            </w:pPr>
            <w:r>
              <w:rPr>
                <w:b/>
                <w:color w:val="0B2545"/>
                <w:sz w:val="19"/>
              </w:rPr>
              <w:t>Současná třída a ročník</w:t>
            </w:r>
          </w:p>
        </w:tc>
        <w:tc>
          <w:tcPr>
            <w:tcW w:w="6560" w:type="dxa"/>
            <w:tcMar>
              <w:top w:w="85" w:type="dxa"/>
              <w:left w:w="120" w:type="dxa"/>
              <w:bottom w:w="85" w:type="dxa"/>
              <w:right w:w="120" w:type="dxa"/>
            </w:tcMar>
          </w:tcPr>
          <w:p w14:paraId="2A29272A" w14:textId="77777777" w:rsidR="000869DA" w:rsidRDefault="00000000">
            <w:pPr>
              <w:spacing w:after="20"/>
            </w:pPr>
            <w:r>
              <w:rPr>
                <w:i/>
                <w:color w:val="697582"/>
                <w:sz w:val="19"/>
              </w:rPr>
              <w:t>[doplňte]</w:t>
            </w:r>
          </w:p>
        </w:tc>
      </w:tr>
    </w:tbl>
    <w:p w14:paraId="58C0F8C0" w14:textId="77777777" w:rsidR="000869DA" w:rsidRDefault="000869DA">
      <w:pPr>
        <w:spacing w:after="0"/>
      </w:pPr>
    </w:p>
    <w:p w14:paraId="7E13CAD8" w14:textId="77777777" w:rsidR="000869DA" w:rsidRDefault="00000000">
      <w:pPr>
        <w:pStyle w:val="Nadpis1"/>
      </w:pPr>
      <w:r>
        <w:t>3. Požadované období individuálního vzdělávání</w:t>
      </w:r>
    </w:p>
    <w:tbl>
      <w:tblPr>
        <w:tblW w:w="9360" w:type="dxa"/>
        <w:tblInd w:w="120" w:type="dxa"/>
        <w:tblBorders>
          <w:top w:val="single" w:sz="6" w:space="0" w:color="AAB3BB"/>
          <w:left w:val="single" w:sz="6" w:space="0" w:color="AAB3BB"/>
          <w:bottom w:val="single" w:sz="6" w:space="0" w:color="AAB3BB"/>
          <w:right w:val="single" w:sz="6" w:space="0" w:color="AAB3BB"/>
          <w:insideH w:val="single" w:sz="6" w:space="0" w:color="AAB3BB"/>
          <w:insideV w:val="single" w:sz="6" w:space="0" w:color="AAB3BB"/>
        </w:tblBorders>
        <w:tblLayout w:type="fixed"/>
        <w:tblLook w:val="04A0" w:firstRow="1" w:lastRow="0" w:firstColumn="1" w:lastColumn="0" w:noHBand="0" w:noVBand="1"/>
      </w:tblPr>
      <w:tblGrid>
        <w:gridCol w:w="2800"/>
        <w:gridCol w:w="6560"/>
      </w:tblGrid>
      <w:tr w:rsidR="000869DA" w14:paraId="69122D87" w14:textId="77777777">
        <w:tc>
          <w:tcPr>
            <w:tcW w:w="2800" w:type="dxa"/>
            <w:shd w:val="clear" w:color="auto" w:fill="F2F4F7"/>
            <w:tcMar>
              <w:top w:w="85" w:type="dxa"/>
              <w:left w:w="120" w:type="dxa"/>
              <w:bottom w:w="85" w:type="dxa"/>
              <w:right w:w="120" w:type="dxa"/>
            </w:tcMar>
          </w:tcPr>
          <w:p w14:paraId="5859AC4A" w14:textId="77777777" w:rsidR="000869DA" w:rsidRDefault="00000000">
            <w:pPr>
              <w:spacing w:after="0"/>
            </w:pPr>
            <w:r>
              <w:rPr>
                <w:b/>
                <w:color w:val="0B2545"/>
                <w:sz w:val="19"/>
              </w:rPr>
              <w:t>Školní rok / období od–do</w:t>
            </w:r>
          </w:p>
        </w:tc>
        <w:tc>
          <w:tcPr>
            <w:tcW w:w="6560" w:type="dxa"/>
            <w:tcMar>
              <w:top w:w="85" w:type="dxa"/>
              <w:left w:w="120" w:type="dxa"/>
              <w:bottom w:w="85" w:type="dxa"/>
              <w:right w:w="120" w:type="dxa"/>
            </w:tcMar>
          </w:tcPr>
          <w:p w14:paraId="03337B69" w14:textId="77777777" w:rsidR="000869DA" w:rsidRDefault="00000000">
            <w:pPr>
              <w:spacing w:after="20"/>
            </w:pPr>
            <w:r>
              <w:rPr>
                <w:i/>
                <w:color w:val="697582"/>
                <w:sz w:val="19"/>
              </w:rPr>
              <w:t>[doplňte]</w:t>
            </w:r>
          </w:p>
        </w:tc>
      </w:tr>
      <w:tr w:rsidR="000869DA" w14:paraId="5045DD6D" w14:textId="77777777">
        <w:tc>
          <w:tcPr>
            <w:tcW w:w="2800" w:type="dxa"/>
            <w:shd w:val="clear" w:color="auto" w:fill="F2F4F7"/>
            <w:tcMar>
              <w:top w:w="85" w:type="dxa"/>
              <w:left w:w="120" w:type="dxa"/>
              <w:bottom w:w="85" w:type="dxa"/>
              <w:right w:w="120" w:type="dxa"/>
            </w:tcMar>
          </w:tcPr>
          <w:p w14:paraId="796991B2" w14:textId="77777777" w:rsidR="000869DA" w:rsidRDefault="00000000">
            <w:pPr>
              <w:spacing w:after="0"/>
            </w:pPr>
            <w:r>
              <w:rPr>
                <w:b/>
                <w:color w:val="0B2545"/>
                <w:sz w:val="19"/>
              </w:rPr>
              <w:t>Ročník</w:t>
            </w:r>
          </w:p>
        </w:tc>
        <w:tc>
          <w:tcPr>
            <w:tcW w:w="6560" w:type="dxa"/>
            <w:tcMar>
              <w:top w:w="85" w:type="dxa"/>
              <w:left w:w="120" w:type="dxa"/>
              <w:bottom w:w="85" w:type="dxa"/>
              <w:right w:w="120" w:type="dxa"/>
            </w:tcMar>
          </w:tcPr>
          <w:p w14:paraId="620761F5" w14:textId="77777777" w:rsidR="000869DA" w:rsidRDefault="00000000">
            <w:pPr>
              <w:spacing w:after="20"/>
            </w:pPr>
            <w:r>
              <w:rPr>
                <w:i/>
                <w:color w:val="697582"/>
                <w:sz w:val="19"/>
              </w:rPr>
              <w:t>[doplňte]</w:t>
            </w:r>
          </w:p>
        </w:tc>
      </w:tr>
      <w:tr w:rsidR="000869DA" w14:paraId="67642AFE" w14:textId="77777777">
        <w:tc>
          <w:tcPr>
            <w:tcW w:w="2800" w:type="dxa"/>
            <w:shd w:val="clear" w:color="auto" w:fill="F2F4F7"/>
            <w:tcMar>
              <w:top w:w="85" w:type="dxa"/>
              <w:left w:w="120" w:type="dxa"/>
              <w:bottom w:w="85" w:type="dxa"/>
              <w:right w:w="120" w:type="dxa"/>
            </w:tcMar>
          </w:tcPr>
          <w:p w14:paraId="234C8E3E" w14:textId="77777777" w:rsidR="000869DA" w:rsidRDefault="00000000">
            <w:pPr>
              <w:spacing w:after="0"/>
            </w:pPr>
            <w:r>
              <w:rPr>
                <w:b/>
                <w:color w:val="0B2545"/>
                <w:sz w:val="19"/>
              </w:rPr>
              <w:t>Pololetí</w:t>
            </w:r>
          </w:p>
        </w:tc>
        <w:tc>
          <w:tcPr>
            <w:tcW w:w="6560" w:type="dxa"/>
            <w:tcMar>
              <w:top w:w="85" w:type="dxa"/>
              <w:left w:w="120" w:type="dxa"/>
              <w:bottom w:w="85" w:type="dxa"/>
              <w:right w:w="120" w:type="dxa"/>
            </w:tcMar>
          </w:tcPr>
          <w:p w14:paraId="4AF9ACBA" w14:textId="77777777" w:rsidR="000869DA" w:rsidRDefault="00000000">
            <w:pPr>
              <w:spacing w:after="20"/>
            </w:pPr>
            <w:r>
              <w:rPr>
                <w:i/>
                <w:color w:val="697582"/>
                <w:sz w:val="19"/>
              </w:rPr>
              <w:t>☐ první   ☐ druhé   ☐ obě pololetí</w:t>
            </w:r>
          </w:p>
        </w:tc>
      </w:tr>
    </w:tbl>
    <w:p w14:paraId="08D240CC" w14:textId="77777777" w:rsidR="000869DA" w:rsidRDefault="000869DA">
      <w:pPr>
        <w:spacing w:after="0"/>
      </w:pPr>
    </w:p>
    <w:p w14:paraId="050C8284" w14:textId="77777777" w:rsidR="000869DA" w:rsidRDefault="00000000">
      <w:pPr>
        <w:spacing w:before="120"/>
      </w:pPr>
      <w:r>
        <w:rPr>
          <w:b/>
          <w:color w:val="0B2545"/>
        </w:rPr>
        <w:t>Žádám ředitelku školy o povolení individuálního vzdělávání výše uvedeného žáka v uvedeném období a ročníku.</w:t>
      </w:r>
    </w:p>
    <w:p w14:paraId="4BF7C277" w14:textId="77777777" w:rsidR="000869DA" w:rsidRDefault="00000000">
      <w:pPr>
        <w:keepNext/>
        <w:spacing w:before="40" w:after="80"/>
      </w:pPr>
      <w:r>
        <w:rPr>
          <w:b/>
          <w:color w:val="0B2545"/>
          <w:sz w:val="19"/>
        </w:rPr>
        <w:t>4. Závažné důvody pro individuální vzdělávání žáka</w:t>
      </w:r>
    </w:p>
    <w:tbl>
      <w:tblPr>
        <w:tblW w:w="9360" w:type="dxa"/>
        <w:tblInd w:w="120" w:type="dxa"/>
        <w:tblBorders>
          <w:top w:val="single" w:sz="6" w:space="0" w:color="AAB3BB"/>
          <w:left w:val="single" w:sz="6" w:space="0" w:color="AAB3BB"/>
          <w:bottom w:val="single" w:sz="6" w:space="0" w:color="AAB3BB"/>
          <w:right w:val="single" w:sz="6" w:space="0" w:color="AAB3BB"/>
          <w:insideH w:val="single" w:sz="6" w:space="0" w:color="AAB3BB"/>
          <w:insideV w:val="single" w:sz="6" w:space="0" w:color="AAB3BB"/>
        </w:tblBorders>
        <w:tblLayout w:type="fixed"/>
        <w:tblLook w:val="04A0" w:firstRow="1" w:lastRow="0" w:firstColumn="1" w:lastColumn="0" w:noHBand="0" w:noVBand="1"/>
      </w:tblPr>
      <w:tblGrid>
        <w:gridCol w:w="9360"/>
      </w:tblGrid>
      <w:tr w:rsidR="000869DA" w14:paraId="7D779773" w14:textId="77777777">
        <w:tc>
          <w:tcPr>
            <w:tcW w:w="9360" w:type="dxa"/>
            <w:tcMar>
              <w:top w:w="85" w:type="dxa"/>
              <w:left w:w="120" w:type="dxa"/>
              <w:bottom w:w="85" w:type="dxa"/>
              <w:right w:w="120" w:type="dxa"/>
            </w:tcMar>
          </w:tcPr>
          <w:p w14:paraId="7AEC3820" w14:textId="77777777" w:rsidR="000869DA" w:rsidRDefault="00000000">
            <w:pPr>
              <w:spacing w:after="40"/>
            </w:pPr>
            <w:r>
              <w:rPr>
                <w:color w:val="697582"/>
                <w:sz w:val="18"/>
              </w:rPr>
              <w:t>........................................................................................................................</w:t>
            </w:r>
          </w:p>
          <w:p w14:paraId="53322F37" w14:textId="77777777" w:rsidR="000869DA" w:rsidRDefault="00000000">
            <w:pPr>
              <w:spacing w:after="40"/>
            </w:pPr>
            <w:r>
              <w:rPr>
                <w:color w:val="697582"/>
                <w:sz w:val="18"/>
              </w:rPr>
              <w:t>........................................................................................................................</w:t>
            </w:r>
          </w:p>
          <w:p w14:paraId="474A3A1B" w14:textId="77777777" w:rsidR="000869DA" w:rsidRDefault="00000000">
            <w:pPr>
              <w:spacing w:after="40"/>
            </w:pPr>
            <w:r>
              <w:rPr>
                <w:color w:val="697582"/>
                <w:sz w:val="18"/>
              </w:rPr>
              <w:t>........................................................................................................................</w:t>
            </w:r>
          </w:p>
          <w:p w14:paraId="05A3F195" w14:textId="77777777" w:rsidR="000869DA" w:rsidRDefault="00000000">
            <w:pPr>
              <w:spacing w:after="40"/>
            </w:pPr>
            <w:r>
              <w:rPr>
                <w:color w:val="697582"/>
                <w:sz w:val="18"/>
              </w:rPr>
              <w:t>........................................................................................................................</w:t>
            </w:r>
          </w:p>
        </w:tc>
      </w:tr>
    </w:tbl>
    <w:p w14:paraId="6FFA0B10" w14:textId="77777777" w:rsidR="000869DA" w:rsidRDefault="000869DA">
      <w:pPr>
        <w:spacing w:after="0"/>
      </w:pPr>
    </w:p>
    <w:p w14:paraId="6687616B" w14:textId="77777777" w:rsidR="000869DA" w:rsidRDefault="00000000">
      <w:r>
        <w:br w:type="page"/>
      </w:r>
    </w:p>
    <w:p w14:paraId="72B12268" w14:textId="77777777" w:rsidR="000869DA" w:rsidRDefault="00000000">
      <w:pPr>
        <w:pStyle w:val="Nadpis1"/>
      </w:pPr>
      <w:r>
        <w:lastRenderedPageBreak/>
        <w:t>5. Zabezpečení individuálního vzdělávání</w:t>
      </w:r>
    </w:p>
    <w:tbl>
      <w:tblPr>
        <w:tblW w:w="9360" w:type="dxa"/>
        <w:tblInd w:w="120" w:type="dxa"/>
        <w:tblBorders>
          <w:top w:val="single" w:sz="6" w:space="0" w:color="AAB3BB"/>
          <w:left w:val="single" w:sz="6" w:space="0" w:color="AAB3BB"/>
          <w:bottom w:val="single" w:sz="6" w:space="0" w:color="AAB3BB"/>
          <w:right w:val="single" w:sz="6" w:space="0" w:color="AAB3BB"/>
          <w:insideH w:val="single" w:sz="6" w:space="0" w:color="AAB3BB"/>
          <w:insideV w:val="single" w:sz="6" w:space="0" w:color="AAB3BB"/>
        </w:tblBorders>
        <w:tblLayout w:type="fixed"/>
        <w:tblLook w:val="04A0" w:firstRow="1" w:lastRow="0" w:firstColumn="1" w:lastColumn="0" w:noHBand="0" w:noVBand="1"/>
      </w:tblPr>
      <w:tblGrid>
        <w:gridCol w:w="2800"/>
        <w:gridCol w:w="6560"/>
      </w:tblGrid>
      <w:tr w:rsidR="000869DA" w14:paraId="162C1133" w14:textId="77777777">
        <w:tc>
          <w:tcPr>
            <w:tcW w:w="2800" w:type="dxa"/>
            <w:shd w:val="clear" w:color="auto" w:fill="F2F4F7"/>
            <w:tcMar>
              <w:top w:w="85" w:type="dxa"/>
              <w:left w:w="120" w:type="dxa"/>
              <w:bottom w:w="85" w:type="dxa"/>
              <w:right w:w="120" w:type="dxa"/>
            </w:tcMar>
          </w:tcPr>
          <w:p w14:paraId="1081D623" w14:textId="77777777" w:rsidR="000869DA" w:rsidRDefault="00000000">
            <w:pPr>
              <w:spacing w:after="0"/>
            </w:pPr>
            <w:r>
              <w:rPr>
                <w:b/>
                <w:color w:val="0B2545"/>
                <w:sz w:val="19"/>
              </w:rPr>
              <w:t>Místo vzdělávání</w:t>
            </w:r>
          </w:p>
        </w:tc>
        <w:tc>
          <w:tcPr>
            <w:tcW w:w="6560" w:type="dxa"/>
            <w:tcMar>
              <w:top w:w="85" w:type="dxa"/>
              <w:left w:w="120" w:type="dxa"/>
              <w:bottom w:w="85" w:type="dxa"/>
              <w:right w:w="120" w:type="dxa"/>
            </w:tcMar>
          </w:tcPr>
          <w:p w14:paraId="6000B4FC" w14:textId="77777777" w:rsidR="000869DA" w:rsidRDefault="00000000">
            <w:pPr>
              <w:spacing w:after="20"/>
            </w:pPr>
            <w:r>
              <w:rPr>
                <w:i/>
                <w:color w:val="697582"/>
                <w:sz w:val="19"/>
              </w:rPr>
              <w:t>[uveďte přesnou adresu]</w:t>
            </w:r>
          </w:p>
        </w:tc>
      </w:tr>
      <w:tr w:rsidR="000869DA" w14:paraId="0B41C862" w14:textId="77777777">
        <w:tc>
          <w:tcPr>
            <w:tcW w:w="2800" w:type="dxa"/>
            <w:shd w:val="clear" w:color="auto" w:fill="F2F4F7"/>
            <w:tcMar>
              <w:top w:w="85" w:type="dxa"/>
              <w:left w:w="120" w:type="dxa"/>
              <w:bottom w:w="85" w:type="dxa"/>
              <w:right w:w="120" w:type="dxa"/>
            </w:tcMar>
          </w:tcPr>
          <w:p w14:paraId="339C895A" w14:textId="77777777" w:rsidR="000869DA" w:rsidRDefault="00000000">
            <w:pPr>
              <w:spacing w:after="0"/>
            </w:pPr>
            <w:r>
              <w:rPr>
                <w:b/>
                <w:color w:val="0B2545"/>
                <w:sz w:val="19"/>
              </w:rPr>
              <w:t>Prostorové podmínky</w:t>
            </w:r>
          </w:p>
        </w:tc>
        <w:tc>
          <w:tcPr>
            <w:tcW w:w="6560" w:type="dxa"/>
            <w:tcMar>
              <w:top w:w="85" w:type="dxa"/>
              <w:left w:w="120" w:type="dxa"/>
              <w:bottom w:w="85" w:type="dxa"/>
              <w:right w:w="120" w:type="dxa"/>
            </w:tcMar>
          </w:tcPr>
          <w:p w14:paraId="174E0189" w14:textId="77777777" w:rsidR="000869DA" w:rsidRDefault="00000000">
            <w:pPr>
              <w:spacing w:after="20"/>
            </w:pPr>
            <w:r>
              <w:rPr>
                <w:i/>
                <w:color w:val="697582"/>
                <w:sz w:val="19"/>
              </w:rPr>
              <w:t>[popište pracovní místo a vhodné prostředí pro vzdělávání]</w:t>
            </w:r>
          </w:p>
          <w:p w14:paraId="269DB552" w14:textId="77777777" w:rsidR="000869DA" w:rsidRDefault="00000000">
            <w:pPr>
              <w:spacing w:after="20"/>
            </w:pPr>
            <w:r>
              <w:rPr>
                <w:color w:val="697582"/>
                <w:sz w:val="18"/>
              </w:rPr>
              <w:t>................................................................................................</w:t>
            </w:r>
          </w:p>
        </w:tc>
      </w:tr>
      <w:tr w:rsidR="000869DA" w14:paraId="0DDF9308" w14:textId="77777777">
        <w:tc>
          <w:tcPr>
            <w:tcW w:w="2800" w:type="dxa"/>
            <w:shd w:val="clear" w:color="auto" w:fill="F2F4F7"/>
            <w:tcMar>
              <w:top w:w="85" w:type="dxa"/>
              <w:left w:w="120" w:type="dxa"/>
              <w:bottom w:w="85" w:type="dxa"/>
              <w:right w:w="120" w:type="dxa"/>
            </w:tcMar>
          </w:tcPr>
          <w:p w14:paraId="75B116EA" w14:textId="77777777" w:rsidR="000869DA" w:rsidRDefault="00000000">
            <w:pPr>
              <w:spacing w:after="0"/>
            </w:pPr>
            <w:r>
              <w:rPr>
                <w:b/>
                <w:color w:val="0B2545"/>
                <w:sz w:val="19"/>
              </w:rPr>
              <w:t>Materiálně technické zabezpečení</w:t>
            </w:r>
          </w:p>
        </w:tc>
        <w:tc>
          <w:tcPr>
            <w:tcW w:w="6560" w:type="dxa"/>
            <w:tcMar>
              <w:top w:w="85" w:type="dxa"/>
              <w:left w:w="120" w:type="dxa"/>
              <w:bottom w:w="85" w:type="dxa"/>
              <w:right w:w="120" w:type="dxa"/>
            </w:tcMar>
          </w:tcPr>
          <w:p w14:paraId="25C8FB82" w14:textId="77777777" w:rsidR="000869DA" w:rsidRDefault="00000000">
            <w:pPr>
              <w:spacing w:after="20"/>
            </w:pPr>
            <w:r>
              <w:rPr>
                <w:i/>
                <w:color w:val="697582"/>
                <w:sz w:val="19"/>
              </w:rPr>
              <w:t>[učební pomůcky, knihy, technika, přístup k internetu apod.]</w:t>
            </w:r>
          </w:p>
          <w:p w14:paraId="2A655E4E" w14:textId="77777777" w:rsidR="000869DA" w:rsidRDefault="00000000">
            <w:pPr>
              <w:spacing w:after="20"/>
            </w:pPr>
            <w:r>
              <w:rPr>
                <w:color w:val="697582"/>
                <w:sz w:val="18"/>
              </w:rPr>
              <w:t>................................................................................................</w:t>
            </w:r>
          </w:p>
        </w:tc>
      </w:tr>
      <w:tr w:rsidR="000869DA" w14:paraId="358DFBE6" w14:textId="77777777">
        <w:tc>
          <w:tcPr>
            <w:tcW w:w="2800" w:type="dxa"/>
            <w:shd w:val="clear" w:color="auto" w:fill="F2F4F7"/>
            <w:tcMar>
              <w:top w:w="85" w:type="dxa"/>
              <w:left w:w="120" w:type="dxa"/>
              <w:bottom w:w="85" w:type="dxa"/>
              <w:right w:w="120" w:type="dxa"/>
            </w:tcMar>
          </w:tcPr>
          <w:p w14:paraId="55185254" w14:textId="77777777" w:rsidR="000869DA" w:rsidRDefault="00000000">
            <w:pPr>
              <w:spacing w:after="0"/>
            </w:pPr>
            <w:r>
              <w:rPr>
                <w:b/>
                <w:color w:val="0B2545"/>
                <w:sz w:val="19"/>
              </w:rPr>
              <w:t>Podmínky ochrany zdraví</w:t>
            </w:r>
          </w:p>
        </w:tc>
        <w:tc>
          <w:tcPr>
            <w:tcW w:w="6560" w:type="dxa"/>
            <w:tcMar>
              <w:top w:w="85" w:type="dxa"/>
              <w:left w:w="120" w:type="dxa"/>
              <w:bottom w:w="85" w:type="dxa"/>
              <w:right w:w="120" w:type="dxa"/>
            </w:tcMar>
          </w:tcPr>
          <w:p w14:paraId="211B31BD" w14:textId="77777777" w:rsidR="000869DA" w:rsidRDefault="00000000">
            <w:pPr>
              <w:spacing w:after="20"/>
            </w:pPr>
            <w:r>
              <w:rPr>
                <w:i/>
                <w:color w:val="697582"/>
                <w:sz w:val="19"/>
              </w:rPr>
              <w:t>[popište zajištění bezpečného a zdraví neohrožujícího prostředí]</w:t>
            </w:r>
          </w:p>
          <w:p w14:paraId="2B4FF59B" w14:textId="77777777" w:rsidR="000869DA" w:rsidRDefault="00000000">
            <w:pPr>
              <w:spacing w:after="20"/>
            </w:pPr>
            <w:r>
              <w:rPr>
                <w:color w:val="697582"/>
                <w:sz w:val="18"/>
              </w:rPr>
              <w:t>................................................................................................</w:t>
            </w:r>
          </w:p>
        </w:tc>
      </w:tr>
    </w:tbl>
    <w:p w14:paraId="23057010" w14:textId="77777777" w:rsidR="000869DA" w:rsidRDefault="000869DA">
      <w:pPr>
        <w:spacing w:after="0"/>
      </w:pPr>
    </w:p>
    <w:p w14:paraId="22A8D08F" w14:textId="77777777" w:rsidR="000869DA" w:rsidRDefault="00000000">
      <w:pPr>
        <w:pStyle w:val="Nadpis1"/>
      </w:pPr>
      <w:r>
        <w:t>6. Osoba, která bude žáka vzdělávat</w:t>
      </w:r>
    </w:p>
    <w:tbl>
      <w:tblPr>
        <w:tblW w:w="9360" w:type="dxa"/>
        <w:tblInd w:w="120" w:type="dxa"/>
        <w:tblBorders>
          <w:top w:val="single" w:sz="6" w:space="0" w:color="AAB3BB"/>
          <w:left w:val="single" w:sz="6" w:space="0" w:color="AAB3BB"/>
          <w:bottom w:val="single" w:sz="6" w:space="0" w:color="AAB3BB"/>
          <w:right w:val="single" w:sz="6" w:space="0" w:color="AAB3BB"/>
          <w:insideH w:val="single" w:sz="6" w:space="0" w:color="AAB3BB"/>
          <w:insideV w:val="single" w:sz="6" w:space="0" w:color="AAB3BB"/>
        </w:tblBorders>
        <w:tblLayout w:type="fixed"/>
        <w:tblLook w:val="04A0" w:firstRow="1" w:lastRow="0" w:firstColumn="1" w:lastColumn="0" w:noHBand="0" w:noVBand="1"/>
      </w:tblPr>
      <w:tblGrid>
        <w:gridCol w:w="2800"/>
        <w:gridCol w:w="6560"/>
      </w:tblGrid>
      <w:tr w:rsidR="000869DA" w14:paraId="00A35DB8" w14:textId="77777777">
        <w:tc>
          <w:tcPr>
            <w:tcW w:w="2800" w:type="dxa"/>
            <w:shd w:val="clear" w:color="auto" w:fill="F2F4F7"/>
            <w:tcMar>
              <w:top w:w="85" w:type="dxa"/>
              <w:left w:w="120" w:type="dxa"/>
              <w:bottom w:w="85" w:type="dxa"/>
              <w:right w:w="120" w:type="dxa"/>
            </w:tcMar>
          </w:tcPr>
          <w:p w14:paraId="4155C103" w14:textId="77777777" w:rsidR="000869DA" w:rsidRDefault="00000000">
            <w:pPr>
              <w:spacing w:after="0"/>
            </w:pPr>
            <w:r>
              <w:rPr>
                <w:b/>
                <w:color w:val="0B2545"/>
                <w:sz w:val="19"/>
              </w:rPr>
              <w:t>Jméno a příjmení</w:t>
            </w:r>
          </w:p>
        </w:tc>
        <w:tc>
          <w:tcPr>
            <w:tcW w:w="6560" w:type="dxa"/>
            <w:tcMar>
              <w:top w:w="85" w:type="dxa"/>
              <w:left w:w="120" w:type="dxa"/>
              <w:bottom w:w="85" w:type="dxa"/>
              <w:right w:w="120" w:type="dxa"/>
            </w:tcMar>
          </w:tcPr>
          <w:p w14:paraId="11DA595F" w14:textId="77777777" w:rsidR="000869DA" w:rsidRDefault="00000000">
            <w:pPr>
              <w:spacing w:after="20"/>
            </w:pPr>
            <w:r>
              <w:rPr>
                <w:i/>
                <w:color w:val="697582"/>
                <w:sz w:val="19"/>
              </w:rPr>
              <w:t>[doplňte]</w:t>
            </w:r>
          </w:p>
        </w:tc>
      </w:tr>
      <w:tr w:rsidR="000869DA" w14:paraId="6029AAF4" w14:textId="77777777">
        <w:tc>
          <w:tcPr>
            <w:tcW w:w="2800" w:type="dxa"/>
            <w:shd w:val="clear" w:color="auto" w:fill="F2F4F7"/>
            <w:tcMar>
              <w:top w:w="85" w:type="dxa"/>
              <w:left w:w="120" w:type="dxa"/>
              <w:bottom w:w="85" w:type="dxa"/>
              <w:right w:w="120" w:type="dxa"/>
            </w:tcMar>
          </w:tcPr>
          <w:p w14:paraId="164F04E8" w14:textId="77777777" w:rsidR="000869DA" w:rsidRDefault="00000000">
            <w:pPr>
              <w:spacing w:after="0"/>
            </w:pPr>
            <w:r>
              <w:rPr>
                <w:b/>
                <w:color w:val="0B2545"/>
                <w:sz w:val="19"/>
              </w:rPr>
              <w:t>Vztah k žákovi</w:t>
            </w:r>
          </w:p>
        </w:tc>
        <w:tc>
          <w:tcPr>
            <w:tcW w:w="6560" w:type="dxa"/>
            <w:tcMar>
              <w:top w:w="85" w:type="dxa"/>
              <w:left w:w="120" w:type="dxa"/>
              <w:bottom w:w="85" w:type="dxa"/>
              <w:right w:w="120" w:type="dxa"/>
            </w:tcMar>
          </w:tcPr>
          <w:p w14:paraId="707C0070" w14:textId="77777777" w:rsidR="000869DA" w:rsidRDefault="00000000">
            <w:pPr>
              <w:spacing w:after="20"/>
            </w:pPr>
            <w:r>
              <w:rPr>
                <w:i/>
                <w:color w:val="697582"/>
                <w:sz w:val="19"/>
              </w:rPr>
              <w:t>[doplňte]</w:t>
            </w:r>
          </w:p>
        </w:tc>
      </w:tr>
      <w:tr w:rsidR="000869DA" w14:paraId="716853FE" w14:textId="77777777">
        <w:tc>
          <w:tcPr>
            <w:tcW w:w="2800" w:type="dxa"/>
            <w:shd w:val="clear" w:color="auto" w:fill="F2F4F7"/>
            <w:tcMar>
              <w:top w:w="85" w:type="dxa"/>
              <w:left w:w="120" w:type="dxa"/>
              <w:bottom w:w="85" w:type="dxa"/>
              <w:right w:w="120" w:type="dxa"/>
            </w:tcMar>
          </w:tcPr>
          <w:p w14:paraId="39904834" w14:textId="77777777" w:rsidR="000869DA" w:rsidRDefault="00000000">
            <w:pPr>
              <w:spacing w:after="0"/>
            </w:pPr>
            <w:r>
              <w:rPr>
                <w:b/>
                <w:color w:val="0B2545"/>
                <w:sz w:val="19"/>
              </w:rPr>
              <w:t>Nejvyšší dosažené vzdělání</w:t>
            </w:r>
          </w:p>
        </w:tc>
        <w:tc>
          <w:tcPr>
            <w:tcW w:w="6560" w:type="dxa"/>
            <w:tcMar>
              <w:top w:w="85" w:type="dxa"/>
              <w:left w:w="120" w:type="dxa"/>
              <w:bottom w:w="85" w:type="dxa"/>
              <w:right w:w="120" w:type="dxa"/>
            </w:tcMar>
          </w:tcPr>
          <w:p w14:paraId="6F2ECC81" w14:textId="77777777" w:rsidR="000869DA" w:rsidRDefault="00000000">
            <w:pPr>
              <w:spacing w:after="20"/>
            </w:pPr>
            <w:r>
              <w:rPr>
                <w:i/>
                <w:color w:val="697582"/>
                <w:sz w:val="19"/>
              </w:rPr>
              <w:t>[doplňte]</w:t>
            </w:r>
          </w:p>
        </w:tc>
      </w:tr>
      <w:tr w:rsidR="000869DA" w14:paraId="112F7406" w14:textId="77777777">
        <w:tc>
          <w:tcPr>
            <w:tcW w:w="2800" w:type="dxa"/>
            <w:shd w:val="clear" w:color="auto" w:fill="F2F4F7"/>
            <w:tcMar>
              <w:top w:w="85" w:type="dxa"/>
              <w:left w:w="120" w:type="dxa"/>
              <w:bottom w:w="85" w:type="dxa"/>
              <w:right w:w="120" w:type="dxa"/>
            </w:tcMar>
          </w:tcPr>
          <w:p w14:paraId="4A6B1D1A" w14:textId="77777777" w:rsidR="000869DA" w:rsidRDefault="00000000">
            <w:pPr>
              <w:spacing w:after="0"/>
            </w:pPr>
            <w:r>
              <w:rPr>
                <w:b/>
                <w:color w:val="0B2545"/>
                <w:sz w:val="19"/>
              </w:rPr>
              <w:t>Kontaktní údaje</w:t>
            </w:r>
          </w:p>
        </w:tc>
        <w:tc>
          <w:tcPr>
            <w:tcW w:w="6560" w:type="dxa"/>
            <w:tcMar>
              <w:top w:w="85" w:type="dxa"/>
              <w:left w:w="120" w:type="dxa"/>
              <w:bottom w:w="85" w:type="dxa"/>
              <w:right w:w="120" w:type="dxa"/>
            </w:tcMar>
          </w:tcPr>
          <w:p w14:paraId="0A484298" w14:textId="77777777" w:rsidR="000869DA" w:rsidRDefault="00000000">
            <w:pPr>
              <w:spacing w:after="20"/>
            </w:pPr>
            <w:r>
              <w:rPr>
                <w:i/>
                <w:color w:val="697582"/>
                <w:sz w:val="19"/>
              </w:rPr>
              <w:t>[telefon, e-mail]</w:t>
            </w:r>
          </w:p>
        </w:tc>
      </w:tr>
    </w:tbl>
    <w:p w14:paraId="6482C37F" w14:textId="77777777" w:rsidR="000869DA" w:rsidRDefault="000869DA">
      <w:pPr>
        <w:spacing w:after="0"/>
      </w:pPr>
    </w:p>
    <w:p w14:paraId="0792DD9F" w14:textId="77777777" w:rsidR="000869DA" w:rsidRDefault="00000000">
      <w:pPr>
        <w:spacing w:before="20" w:after="120"/>
      </w:pPr>
      <w:r>
        <w:rPr>
          <w:i/>
          <w:color w:val="697582"/>
          <w:sz w:val="18"/>
        </w:rPr>
        <w:t>Pro vzdělávání žáka 1. stupně musí mít vzdělávající osoba alespoň střední vzdělání s maturitní zkouškou. Doklad o vzdělání se přikládá k žádosti. Pokud bude žáka vzdělávat více osob, uveďte jejich údaje a doložte jejich vzdělání v příloze.</w:t>
      </w:r>
    </w:p>
    <w:p w14:paraId="284CC141" w14:textId="77777777" w:rsidR="000869DA" w:rsidRDefault="00000000">
      <w:pPr>
        <w:pStyle w:val="Nadpis1"/>
      </w:pPr>
      <w:r>
        <w:t>7. Učebnice a učební texty</w:t>
      </w:r>
    </w:p>
    <w:p w14:paraId="239E9FB3" w14:textId="77777777" w:rsidR="000869DA" w:rsidRDefault="00000000">
      <w:pPr>
        <w:spacing w:after="60"/>
        <w:ind w:left="113"/>
      </w:pPr>
      <w:r>
        <w:rPr>
          <w:color w:val="000000"/>
          <w:sz w:val="19"/>
        </w:rPr>
        <w:t>☐ Budou používány učebnice a učební texty se schvalovací doložkou podle § 27 odst. 1 školského zákona, doporučené nebo poskytnuté školou.</w:t>
      </w:r>
    </w:p>
    <w:p w14:paraId="17615BA3" w14:textId="77777777" w:rsidR="000869DA" w:rsidRDefault="00000000">
      <w:pPr>
        <w:ind w:left="113"/>
      </w:pPr>
      <w:r>
        <w:rPr>
          <w:color w:val="000000"/>
          <w:sz w:val="19"/>
        </w:rPr>
        <w:t>☐ Budou používány také jiné učebnice nebo učební texty, jejichž seznam je uveden níže nebo v příloze.</w:t>
      </w:r>
    </w:p>
    <w:p w14:paraId="0D054C3E" w14:textId="77777777" w:rsidR="000869DA" w:rsidRDefault="00000000">
      <w:pPr>
        <w:keepNext/>
        <w:spacing w:before="40" w:after="80"/>
      </w:pPr>
      <w:r>
        <w:rPr>
          <w:b/>
          <w:color w:val="0B2545"/>
          <w:sz w:val="19"/>
        </w:rPr>
        <w:t>Seznam jiných učebnic a učebních textů (název, autor, vydavatelství)</w:t>
      </w:r>
    </w:p>
    <w:tbl>
      <w:tblPr>
        <w:tblW w:w="9360" w:type="dxa"/>
        <w:tblInd w:w="120" w:type="dxa"/>
        <w:tblBorders>
          <w:top w:val="single" w:sz="6" w:space="0" w:color="AAB3BB"/>
          <w:left w:val="single" w:sz="6" w:space="0" w:color="AAB3BB"/>
          <w:bottom w:val="single" w:sz="6" w:space="0" w:color="AAB3BB"/>
          <w:right w:val="single" w:sz="6" w:space="0" w:color="AAB3BB"/>
          <w:insideH w:val="single" w:sz="6" w:space="0" w:color="AAB3BB"/>
          <w:insideV w:val="single" w:sz="6" w:space="0" w:color="AAB3BB"/>
        </w:tblBorders>
        <w:tblLayout w:type="fixed"/>
        <w:tblLook w:val="04A0" w:firstRow="1" w:lastRow="0" w:firstColumn="1" w:lastColumn="0" w:noHBand="0" w:noVBand="1"/>
      </w:tblPr>
      <w:tblGrid>
        <w:gridCol w:w="9360"/>
      </w:tblGrid>
      <w:tr w:rsidR="000869DA" w14:paraId="1BC0FCCB" w14:textId="77777777">
        <w:tc>
          <w:tcPr>
            <w:tcW w:w="9360" w:type="dxa"/>
            <w:tcMar>
              <w:top w:w="85" w:type="dxa"/>
              <w:left w:w="120" w:type="dxa"/>
              <w:bottom w:w="85" w:type="dxa"/>
              <w:right w:w="120" w:type="dxa"/>
            </w:tcMar>
          </w:tcPr>
          <w:p w14:paraId="1F4A99B4" w14:textId="77777777" w:rsidR="000869DA" w:rsidRDefault="00000000">
            <w:pPr>
              <w:spacing w:after="40"/>
            </w:pPr>
            <w:r>
              <w:rPr>
                <w:color w:val="697582"/>
                <w:sz w:val="18"/>
              </w:rPr>
              <w:t>........................................................................................................................</w:t>
            </w:r>
          </w:p>
          <w:p w14:paraId="0BF74431" w14:textId="77777777" w:rsidR="000869DA" w:rsidRDefault="00000000">
            <w:pPr>
              <w:spacing w:after="40"/>
            </w:pPr>
            <w:r>
              <w:rPr>
                <w:color w:val="697582"/>
                <w:sz w:val="18"/>
              </w:rPr>
              <w:t>........................................................................................................................</w:t>
            </w:r>
          </w:p>
          <w:p w14:paraId="27FFCF50" w14:textId="77777777" w:rsidR="000869DA" w:rsidRDefault="00000000">
            <w:pPr>
              <w:spacing w:after="40"/>
            </w:pPr>
            <w:r>
              <w:rPr>
                <w:color w:val="697582"/>
                <w:sz w:val="18"/>
              </w:rPr>
              <w:t>........................................................................................................................</w:t>
            </w:r>
          </w:p>
        </w:tc>
      </w:tr>
    </w:tbl>
    <w:p w14:paraId="55AEAB39" w14:textId="77777777" w:rsidR="000869DA" w:rsidRDefault="000869DA">
      <w:pPr>
        <w:spacing w:after="0"/>
      </w:pPr>
    </w:p>
    <w:p w14:paraId="28EB7B61" w14:textId="77777777" w:rsidR="000869DA" w:rsidRDefault="00000000">
      <w:pPr>
        <w:keepNext/>
        <w:spacing w:before="40" w:after="80"/>
      </w:pPr>
      <w:r>
        <w:rPr>
          <w:b/>
          <w:color w:val="0B2545"/>
          <w:sz w:val="19"/>
        </w:rPr>
        <w:t>8. Další skutečnosti, které mohou mít vliv na průběh vzdělávání žáka</w:t>
      </w:r>
    </w:p>
    <w:tbl>
      <w:tblPr>
        <w:tblW w:w="9360" w:type="dxa"/>
        <w:tblInd w:w="120" w:type="dxa"/>
        <w:tblBorders>
          <w:top w:val="single" w:sz="6" w:space="0" w:color="AAB3BB"/>
          <w:left w:val="single" w:sz="6" w:space="0" w:color="AAB3BB"/>
          <w:bottom w:val="single" w:sz="6" w:space="0" w:color="AAB3BB"/>
          <w:right w:val="single" w:sz="6" w:space="0" w:color="AAB3BB"/>
          <w:insideH w:val="single" w:sz="6" w:space="0" w:color="AAB3BB"/>
          <w:insideV w:val="single" w:sz="6" w:space="0" w:color="AAB3BB"/>
        </w:tblBorders>
        <w:tblLayout w:type="fixed"/>
        <w:tblLook w:val="04A0" w:firstRow="1" w:lastRow="0" w:firstColumn="1" w:lastColumn="0" w:noHBand="0" w:noVBand="1"/>
      </w:tblPr>
      <w:tblGrid>
        <w:gridCol w:w="9360"/>
      </w:tblGrid>
      <w:tr w:rsidR="000869DA" w14:paraId="4F8C54C6" w14:textId="77777777">
        <w:tc>
          <w:tcPr>
            <w:tcW w:w="9360" w:type="dxa"/>
            <w:tcMar>
              <w:top w:w="85" w:type="dxa"/>
              <w:left w:w="120" w:type="dxa"/>
              <w:bottom w:w="85" w:type="dxa"/>
              <w:right w:w="120" w:type="dxa"/>
            </w:tcMar>
          </w:tcPr>
          <w:p w14:paraId="6CE911A0" w14:textId="77777777" w:rsidR="000869DA" w:rsidRDefault="00000000">
            <w:pPr>
              <w:spacing w:after="40"/>
            </w:pPr>
            <w:r>
              <w:rPr>
                <w:color w:val="697582"/>
                <w:sz w:val="18"/>
              </w:rPr>
              <w:t>........................................................................................................................</w:t>
            </w:r>
          </w:p>
          <w:p w14:paraId="44561BB7" w14:textId="77777777" w:rsidR="000869DA" w:rsidRDefault="00000000">
            <w:pPr>
              <w:spacing w:after="40"/>
            </w:pPr>
            <w:r>
              <w:rPr>
                <w:color w:val="697582"/>
                <w:sz w:val="18"/>
              </w:rPr>
              <w:t>........................................................................................................................</w:t>
            </w:r>
          </w:p>
          <w:p w14:paraId="3672073C" w14:textId="77777777" w:rsidR="000869DA" w:rsidRDefault="00000000">
            <w:pPr>
              <w:spacing w:after="40"/>
            </w:pPr>
            <w:r>
              <w:rPr>
                <w:color w:val="697582"/>
                <w:sz w:val="18"/>
              </w:rPr>
              <w:t>........................................................................................................................</w:t>
            </w:r>
          </w:p>
        </w:tc>
      </w:tr>
    </w:tbl>
    <w:p w14:paraId="559D10D0" w14:textId="77777777" w:rsidR="000869DA" w:rsidRDefault="000869DA">
      <w:pPr>
        <w:spacing w:after="0"/>
      </w:pPr>
    </w:p>
    <w:p w14:paraId="059AD016" w14:textId="77777777" w:rsidR="000869DA" w:rsidRDefault="00000000">
      <w:r>
        <w:br w:type="page"/>
      </w:r>
    </w:p>
    <w:p w14:paraId="1F2D8B46" w14:textId="77777777" w:rsidR="000869DA" w:rsidRDefault="00000000">
      <w:pPr>
        <w:pStyle w:val="Nadpis1"/>
      </w:pPr>
      <w:r>
        <w:lastRenderedPageBreak/>
        <w:t>9. Přílohy</w:t>
      </w:r>
    </w:p>
    <w:p w14:paraId="3144C782" w14:textId="77777777" w:rsidR="000869DA" w:rsidRDefault="00000000">
      <w:pPr>
        <w:spacing w:after="120"/>
        <w:ind w:left="142"/>
      </w:pPr>
      <w:r>
        <w:rPr>
          <w:color w:val="000000"/>
        </w:rPr>
        <w:t>☐ Vyjádření školského poradenského zařízení – povinná příloha.</w:t>
      </w:r>
    </w:p>
    <w:p w14:paraId="36A6A037" w14:textId="77777777" w:rsidR="000869DA" w:rsidRDefault="00000000">
      <w:pPr>
        <w:spacing w:after="120"/>
        <w:ind w:left="142"/>
      </w:pPr>
      <w:r>
        <w:rPr>
          <w:color w:val="000000"/>
        </w:rPr>
        <w:t>☐ Doklad osvědčující dosažené vzdělání osoby, která bude žáka vzdělávat – povinná příloha.</w:t>
      </w:r>
    </w:p>
    <w:p w14:paraId="315D3D97" w14:textId="77777777" w:rsidR="000869DA" w:rsidRDefault="00000000">
      <w:pPr>
        <w:spacing w:after="120"/>
        <w:ind w:left="142"/>
      </w:pPr>
      <w:r>
        <w:rPr>
          <w:color w:val="000000"/>
        </w:rPr>
        <w:t>☐ Seznam jiných učebnic a učebních textů – pokud jsou používány a seznam není uveden přímo v žádosti.</w:t>
      </w:r>
    </w:p>
    <w:p w14:paraId="61109B00" w14:textId="77777777" w:rsidR="000869DA" w:rsidRDefault="00000000">
      <w:pPr>
        <w:spacing w:after="120"/>
        <w:ind w:left="142"/>
      </w:pPr>
      <w:r>
        <w:rPr>
          <w:color w:val="000000"/>
        </w:rPr>
        <w:t>☐ Další přílohy: ................................................................................................................</w:t>
      </w:r>
    </w:p>
    <w:p w14:paraId="55174456" w14:textId="77777777" w:rsidR="000869DA" w:rsidRDefault="00000000">
      <w:pPr>
        <w:pStyle w:val="Nadpis1"/>
      </w:pPr>
      <w:r>
        <w:t>10. Prohlášení zákonného zástupce</w:t>
      </w:r>
    </w:p>
    <w:p w14:paraId="78A58250" w14:textId="77777777" w:rsidR="000869DA" w:rsidRDefault="00000000">
      <w:pPr>
        <w:spacing w:after="140"/>
      </w:pPr>
      <w:r>
        <w:rPr>
          <w:color w:val="000000"/>
        </w:rPr>
        <w:t>Prohlašuji, že údaje uvedené v této žádosti jsou pravdivé a úplné. Beru na vědomí, že po dobu individuálního vzdělávání odpovídám za plnění zákonných podmínek a že žák koná za každé pololetí zkoušky z příslušného učiva ve škole, do níž byl přijat k plnění povinné školní docházky.</w:t>
      </w:r>
    </w:p>
    <w:tbl>
      <w:tblPr>
        <w:tblW w:w="9360" w:type="dxa"/>
        <w:tblInd w:w="120" w:type="dxa"/>
        <w:tblBorders>
          <w:top w:val="single" w:sz="0" w:space="0" w:color="FFFFFF"/>
          <w:left w:val="single" w:sz="0" w:space="0" w:color="FFFFFF"/>
          <w:bottom w:val="single" w:sz="0" w:space="0" w:color="FFFFFF"/>
          <w:right w:val="single" w:sz="0" w:space="0" w:color="FFFFFF"/>
          <w:insideH w:val="single" w:sz="0" w:space="0" w:color="FFFFFF"/>
          <w:insideV w:val="single" w:sz="0" w:space="0" w:color="FFFFFF"/>
        </w:tblBorders>
        <w:tblLayout w:type="fixed"/>
        <w:tblLook w:val="04A0" w:firstRow="1" w:lastRow="0" w:firstColumn="1" w:lastColumn="0" w:noHBand="0" w:noVBand="1"/>
      </w:tblPr>
      <w:tblGrid>
        <w:gridCol w:w="4680"/>
        <w:gridCol w:w="4680"/>
      </w:tblGrid>
      <w:tr w:rsidR="000869DA" w14:paraId="189FE7A7" w14:textId="77777777">
        <w:tc>
          <w:tcPr>
            <w:tcW w:w="4680" w:type="dxa"/>
            <w:tcMar>
              <w:top w:w="85" w:type="dxa"/>
              <w:left w:w="120" w:type="dxa"/>
              <w:bottom w:w="85" w:type="dxa"/>
              <w:right w:w="120" w:type="dxa"/>
            </w:tcMar>
          </w:tcPr>
          <w:p w14:paraId="0085268F" w14:textId="77777777" w:rsidR="000869DA" w:rsidRDefault="00000000">
            <w:pPr>
              <w:spacing w:after="0"/>
            </w:pPr>
            <w:r>
              <w:rPr>
                <w:color w:val="000000"/>
                <w:sz w:val="19"/>
              </w:rPr>
              <w:t>V ........................................ dne ........................</w:t>
            </w:r>
          </w:p>
        </w:tc>
        <w:tc>
          <w:tcPr>
            <w:tcW w:w="4680" w:type="dxa"/>
            <w:tcMar>
              <w:top w:w="85" w:type="dxa"/>
              <w:left w:w="120" w:type="dxa"/>
              <w:bottom w:w="85" w:type="dxa"/>
              <w:right w:w="120" w:type="dxa"/>
            </w:tcMar>
          </w:tcPr>
          <w:p w14:paraId="0F24FA38" w14:textId="77777777" w:rsidR="000869DA" w:rsidRDefault="00000000">
            <w:pPr>
              <w:spacing w:after="0"/>
              <w:jc w:val="center"/>
            </w:pPr>
            <w:r>
              <w:rPr>
                <w:color w:val="000000"/>
                <w:sz w:val="19"/>
              </w:rPr>
              <w:t>________________________________</w:t>
            </w:r>
          </w:p>
        </w:tc>
      </w:tr>
      <w:tr w:rsidR="000869DA" w14:paraId="0FA24501" w14:textId="77777777">
        <w:tc>
          <w:tcPr>
            <w:tcW w:w="4680" w:type="dxa"/>
            <w:tcMar>
              <w:top w:w="85" w:type="dxa"/>
              <w:left w:w="120" w:type="dxa"/>
              <w:bottom w:w="85" w:type="dxa"/>
              <w:right w:w="120" w:type="dxa"/>
            </w:tcMar>
          </w:tcPr>
          <w:p w14:paraId="49869E36" w14:textId="77777777" w:rsidR="000869DA" w:rsidRDefault="000869DA">
            <w:pPr>
              <w:spacing w:after="0"/>
            </w:pPr>
          </w:p>
        </w:tc>
        <w:tc>
          <w:tcPr>
            <w:tcW w:w="4680" w:type="dxa"/>
            <w:tcMar>
              <w:top w:w="85" w:type="dxa"/>
              <w:left w:w="120" w:type="dxa"/>
              <w:bottom w:w="85" w:type="dxa"/>
              <w:right w:w="120" w:type="dxa"/>
            </w:tcMar>
          </w:tcPr>
          <w:p w14:paraId="4C706A13" w14:textId="77777777" w:rsidR="000869DA" w:rsidRDefault="00000000">
            <w:pPr>
              <w:spacing w:after="0"/>
              <w:jc w:val="center"/>
            </w:pPr>
            <w:r>
              <w:rPr>
                <w:color w:val="697582"/>
                <w:sz w:val="19"/>
              </w:rPr>
              <w:t>podpis zákonného zástupce</w:t>
            </w:r>
          </w:p>
        </w:tc>
      </w:tr>
      <w:tr w:rsidR="000869DA" w14:paraId="09D6AF51" w14:textId="77777777">
        <w:tc>
          <w:tcPr>
            <w:tcW w:w="4680" w:type="dxa"/>
            <w:tcMar>
              <w:top w:w="85" w:type="dxa"/>
              <w:left w:w="120" w:type="dxa"/>
              <w:bottom w:w="85" w:type="dxa"/>
              <w:right w:w="120" w:type="dxa"/>
            </w:tcMar>
          </w:tcPr>
          <w:p w14:paraId="5F3DF2A1" w14:textId="77777777" w:rsidR="000869DA" w:rsidRDefault="000869DA">
            <w:pPr>
              <w:spacing w:after="0"/>
            </w:pPr>
          </w:p>
        </w:tc>
        <w:tc>
          <w:tcPr>
            <w:tcW w:w="4680" w:type="dxa"/>
            <w:tcMar>
              <w:top w:w="85" w:type="dxa"/>
              <w:left w:w="120" w:type="dxa"/>
              <w:bottom w:w="85" w:type="dxa"/>
              <w:right w:w="120" w:type="dxa"/>
            </w:tcMar>
          </w:tcPr>
          <w:p w14:paraId="6691FE53" w14:textId="77777777" w:rsidR="000869DA" w:rsidRDefault="00000000">
            <w:pPr>
              <w:spacing w:after="0"/>
              <w:jc w:val="center"/>
            </w:pPr>
            <w:r>
              <w:rPr>
                <w:color w:val="697582"/>
                <w:sz w:val="19"/>
              </w:rPr>
              <w:t>jméno a příjmení hůlkovým písmem</w:t>
            </w:r>
          </w:p>
        </w:tc>
      </w:tr>
    </w:tbl>
    <w:p w14:paraId="0C105EE4" w14:textId="77777777" w:rsidR="000869DA" w:rsidRDefault="00000000">
      <w:pPr>
        <w:shd w:val="clear" w:color="auto" w:fill="E8F1F7"/>
        <w:spacing w:before="280" w:after="160"/>
      </w:pPr>
      <w:r>
        <w:rPr>
          <w:b/>
          <w:color w:val="0B2545"/>
          <w:sz w:val="19"/>
        </w:rPr>
        <w:t>Poznámka: Individuální vzdělávání lze povolit pouze žákovi, který je přijat k plnění povinné školní docházky v této škole. O žádosti rozhoduje ředitelka školy ve správním řízení.</w:t>
      </w:r>
    </w:p>
    <w:p w14:paraId="6B150799" w14:textId="77777777" w:rsidR="000869DA" w:rsidRDefault="00000000">
      <w:pPr>
        <w:pStyle w:val="Nadpis1"/>
      </w:pPr>
      <w:r>
        <w:t>Záznam školy – nevyplňuje zákonný zástupce</w:t>
      </w:r>
    </w:p>
    <w:tbl>
      <w:tblPr>
        <w:tblW w:w="9360" w:type="dxa"/>
        <w:tblInd w:w="120" w:type="dxa"/>
        <w:tblBorders>
          <w:top w:val="single" w:sz="6" w:space="0" w:color="AAB3BB"/>
          <w:left w:val="single" w:sz="6" w:space="0" w:color="AAB3BB"/>
          <w:bottom w:val="single" w:sz="6" w:space="0" w:color="AAB3BB"/>
          <w:right w:val="single" w:sz="6" w:space="0" w:color="AAB3BB"/>
          <w:insideH w:val="single" w:sz="6" w:space="0" w:color="AAB3BB"/>
          <w:insideV w:val="single" w:sz="6" w:space="0" w:color="AAB3BB"/>
        </w:tblBorders>
        <w:tblLayout w:type="fixed"/>
        <w:tblLook w:val="04A0" w:firstRow="1" w:lastRow="0" w:firstColumn="1" w:lastColumn="0" w:noHBand="0" w:noVBand="1"/>
      </w:tblPr>
      <w:tblGrid>
        <w:gridCol w:w="2800"/>
        <w:gridCol w:w="6560"/>
      </w:tblGrid>
      <w:tr w:rsidR="000869DA" w14:paraId="1E60C9CA" w14:textId="77777777">
        <w:tc>
          <w:tcPr>
            <w:tcW w:w="2800" w:type="dxa"/>
            <w:shd w:val="clear" w:color="auto" w:fill="F2F4F7"/>
            <w:tcMar>
              <w:top w:w="85" w:type="dxa"/>
              <w:left w:w="120" w:type="dxa"/>
              <w:bottom w:w="85" w:type="dxa"/>
              <w:right w:w="120" w:type="dxa"/>
            </w:tcMar>
          </w:tcPr>
          <w:p w14:paraId="20D17052" w14:textId="77777777" w:rsidR="000869DA" w:rsidRDefault="00000000">
            <w:pPr>
              <w:spacing w:after="0"/>
            </w:pPr>
            <w:r>
              <w:rPr>
                <w:b/>
                <w:color w:val="0B2545"/>
                <w:sz w:val="19"/>
              </w:rPr>
              <w:t>Datum doručení žádosti</w:t>
            </w:r>
          </w:p>
        </w:tc>
        <w:tc>
          <w:tcPr>
            <w:tcW w:w="6560" w:type="dxa"/>
            <w:tcMar>
              <w:top w:w="85" w:type="dxa"/>
              <w:left w:w="120" w:type="dxa"/>
              <w:bottom w:w="85" w:type="dxa"/>
              <w:right w:w="120" w:type="dxa"/>
            </w:tcMar>
          </w:tcPr>
          <w:p w14:paraId="1DCEB775" w14:textId="77777777" w:rsidR="000869DA" w:rsidRDefault="000869DA">
            <w:pPr>
              <w:spacing w:after="20"/>
            </w:pPr>
          </w:p>
        </w:tc>
      </w:tr>
      <w:tr w:rsidR="000869DA" w14:paraId="4DB88966" w14:textId="77777777">
        <w:tc>
          <w:tcPr>
            <w:tcW w:w="2800" w:type="dxa"/>
            <w:shd w:val="clear" w:color="auto" w:fill="F2F4F7"/>
            <w:tcMar>
              <w:top w:w="85" w:type="dxa"/>
              <w:left w:w="120" w:type="dxa"/>
              <w:bottom w:w="85" w:type="dxa"/>
              <w:right w:w="120" w:type="dxa"/>
            </w:tcMar>
          </w:tcPr>
          <w:p w14:paraId="022A0C66" w14:textId="77777777" w:rsidR="000869DA" w:rsidRDefault="00000000">
            <w:pPr>
              <w:spacing w:after="0"/>
            </w:pPr>
            <w:r>
              <w:rPr>
                <w:b/>
                <w:color w:val="0B2545"/>
                <w:sz w:val="19"/>
              </w:rPr>
              <w:t>Číslo jednací</w:t>
            </w:r>
          </w:p>
        </w:tc>
        <w:tc>
          <w:tcPr>
            <w:tcW w:w="6560" w:type="dxa"/>
            <w:tcMar>
              <w:top w:w="85" w:type="dxa"/>
              <w:left w:w="120" w:type="dxa"/>
              <w:bottom w:w="85" w:type="dxa"/>
              <w:right w:w="120" w:type="dxa"/>
            </w:tcMar>
          </w:tcPr>
          <w:p w14:paraId="222A5982" w14:textId="77777777" w:rsidR="000869DA" w:rsidRDefault="000869DA">
            <w:pPr>
              <w:spacing w:after="20"/>
            </w:pPr>
          </w:p>
        </w:tc>
      </w:tr>
      <w:tr w:rsidR="000869DA" w14:paraId="382139F6" w14:textId="77777777">
        <w:tc>
          <w:tcPr>
            <w:tcW w:w="2800" w:type="dxa"/>
            <w:shd w:val="clear" w:color="auto" w:fill="F2F4F7"/>
            <w:tcMar>
              <w:top w:w="85" w:type="dxa"/>
              <w:left w:w="120" w:type="dxa"/>
              <w:bottom w:w="85" w:type="dxa"/>
              <w:right w:w="120" w:type="dxa"/>
            </w:tcMar>
          </w:tcPr>
          <w:p w14:paraId="3B7BEF3D" w14:textId="77777777" w:rsidR="000869DA" w:rsidRDefault="00000000">
            <w:pPr>
              <w:spacing w:after="0"/>
            </w:pPr>
            <w:r>
              <w:rPr>
                <w:b/>
                <w:color w:val="0B2545"/>
                <w:sz w:val="19"/>
              </w:rPr>
              <w:t>Žádost převzal/a</w:t>
            </w:r>
          </w:p>
        </w:tc>
        <w:tc>
          <w:tcPr>
            <w:tcW w:w="6560" w:type="dxa"/>
            <w:tcMar>
              <w:top w:w="85" w:type="dxa"/>
              <w:left w:w="120" w:type="dxa"/>
              <w:bottom w:w="85" w:type="dxa"/>
              <w:right w:w="120" w:type="dxa"/>
            </w:tcMar>
          </w:tcPr>
          <w:p w14:paraId="1C95C131" w14:textId="77777777" w:rsidR="000869DA" w:rsidRDefault="000869DA">
            <w:pPr>
              <w:spacing w:after="20"/>
            </w:pPr>
          </w:p>
        </w:tc>
      </w:tr>
    </w:tbl>
    <w:p w14:paraId="6DB95EF1" w14:textId="77777777" w:rsidR="000869DA" w:rsidRDefault="000869DA">
      <w:pPr>
        <w:spacing w:after="0"/>
      </w:pPr>
    </w:p>
    <w:sectPr w:rsidR="000869DA" w:rsidSect="00034616">
      <w:footerReference w:type="default" r:id="rId9"/>
      <w:pgSz w:w="11906" w:h="16838"/>
      <w:pgMar w:top="822" w:right="1134" w:bottom="822" w:left="1134" w:header="482" w:footer="48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0F2FB6" w14:textId="77777777" w:rsidR="00FD25BC" w:rsidRDefault="00FD25BC">
      <w:pPr>
        <w:spacing w:after="0" w:line="240" w:lineRule="auto"/>
      </w:pPr>
      <w:r>
        <w:separator/>
      </w:r>
    </w:p>
  </w:endnote>
  <w:endnote w:type="continuationSeparator" w:id="0">
    <w:p w14:paraId="6D803D6C" w14:textId="77777777" w:rsidR="00FD25BC" w:rsidRDefault="00FD25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6D2144" w14:textId="77777777" w:rsidR="000869DA" w:rsidRDefault="00000000">
    <w:pPr>
      <w:pStyle w:val="Zpat"/>
      <w:jc w:val="center"/>
    </w:pPr>
    <w:r>
      <w:rPr>
        <w:color w:val="697582"/>
        <w:sz w:val="16"/>
      </w:rPr>
      <w:t>Formulář školy – žádost podle § 41 školského zákona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B8F8C0" w14:textId="77777777" w:rsidR="00FD25BC" w:rsidRDefault="00FD25BC">
      <w:pPr>
        <w:spacing w:after="0" w:line="240" w:lineRule="auto"/>
      </w:pPr>
      <w:r>
        <w:separator/>
      </w:r>
    </w:p>
  </w:footnote>
  <w:footnote w:type="continuationSeparator" w:id="0">
    <w:p w14:paraId="0F1180C9" w14:textId="77777777" w:rsidR="00FD25BC" w:rsidRDefault="00FD25B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slovanseznam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slovanseznam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Seznamsodrkami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Seznamsodrkami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Se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912081154">
    <w:abstractNumId w:val="8"/>
  </w:num>
  <w:num w:numId="2" w16cid:durableId="1647737056">
    <w:abstractNumId w:val="6"/>
  </w:num>
  <w:num w:numId="3" w16cid:durableId="899941998">
    <w:abstractNumId w:val="5"/>
  </w:num>
  <w:num w:numId="4" w16cid:durableId="1308436870">
    <w:abstractNumId w:val="4"/>
  </w:num>
  <w:num w:numId="5" w16cid:durableId="1960332123">
    <w:abstractNumId w:val="7"/>
  </w:num>
  <w:num w:numId="6" w16cid:durableId="694381615">
    <w:abstractNumId w:val="3"/>
  </w:num>
  <w:num w:numId="7" w16cid:durableId="92821736">
    <w:abstractNumId w:val="2"/>
  </w:num>
  <w:num w:numId="8" w16cid:durableId="611013583">
    <w:abstractNumId w:val="1"/>
  </w:num>
  <w:num w:numId="9" w16cid:durableId="18295890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869DA"/>
    <w:rsid w:val="0015074B"/>
    <w:rsid w:val="0029639D"/>
    <w:rsid w:val="00326F90"/>
    <w:rsid w:val="00733E2C"/>
    <w:rsid w:val="00AA1D8D"/>
    <w:rsid w:val="00B47730"/>
    <w:rsid w:val="00CB0664"/>
    <w:rsid w:val="00ED5837"/>
    <w:rsid w:val="00FC693F"/>
    <w:rsid w:val="00FD25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A09EA9B"/>
  <w14:defaultImageDpi w14:val="300"/>
  <w15:docId w15:val="{77B832C7-8597-42E6-9CE8-CE1F29125D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C693F"/>
    <w:pPr>
      <w:spacing w:after="100" w:line="259" w:lineRule="auto"/>
    </w:pPr>
    <w:rPr>
      <w:rFonts w:ascii="Arial" w:hAnsi="Arial"/>
      <w:sz w:val="20"/>
    </w:rPr>
  </w:style>
  <w:style w:type="paragraph" w:styleId="Nadpis1">
    <w:name w:val="heading 1"/>
    <w:basedOn w:val="Normln"/>
    <w:next w:val="Normln"/>
    <w:link w:val="Nadpis1Char"/>
    <w:uiPriority w:val="9"/>
    <w:qFormat/>
    <w:rsid w:val="00FC693F"/>
    <w:pPr>
      <w:keepNext/>
      <w:keepLines/>
      <w:spacing w:before="200"/>
      <w:outlineLvl w:val="0"/>
    </w:pPr>
    <w:rPr>
      <w:rFonts w:asciiTheme="majorHAnsi" w:eastAsiaTheme="majorEastAsia" w:hAnsiTheme="majorHAnsi" w:cstheme="majorBidi"/>
      <w:b/>
      <w:bCs/>
      <w:color w:val="2E74B5"/>
      <w:sz w:val="25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618BF"/>
  </w:style>
  <w:style w:type="paragraph" w:styleId="Zpat">
    <w:name w:val="footer"/>
    <w:basedOn w:val="Normln"/>
    <w:link w:val="Zpat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618BF"/>
  </w:style>
  <w:style w:type="paragraph" w:styleId="Bezmezer">
    <w:name w:val="No Spacing"/>
    <w:uiPriority w:val="1"/>
    <w:qFormat/>
    <w:rsid w:val="00FC693F"/>
    <w:pPr>
      <w:spacing w:after="0" w:line="240" w:lineRule="auto"/>
    </w:pPr>
  </w:style>
  <w:style w:type="character" w:customStyle="1" w:styleId="Nadpis1Char">
    <w:name w:val="Nadpis 1 Char"/>
    <w:basedOn w:val="Standardnpsmoodstavce"/>
    <w:link w:val="Nadpis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zev">
    <w:name w:val="Title"/>
    <w:basedOn w:val="Normln"/>
    <w:next w:val="Normln"/>
    <w:link w:val="Nzev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nadpisChar">
    <w:name w:val="Podnadpis Char"/>
    <w:basedOn w:val="Standardnpsmoodstavce"/>
    <w:link w:val="Podnadpis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FC693F"/>
    <w:pPr>
      <w:ind w:left="720"/>
      <w:contextualSpacing/>
    </w:pPr>
  </w:style>
  <w:style w:type="paragraph" w:styleId="Zkladntext">
    <w:name w:val="Body Text"/>
    <w:basedOn w:val="Normln"/>
    <w:link w:val="ZkladntextChar"/>
    <w:uiPriority w:val="99"/>
    <w:unhideWhenUsed/>
    <w:rsid w:val="00AA1D8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rsid w:val="00AA1D8D"/>
  </w:style>
  <w:style w:type="paragraph" w:styleId="Zkladntext2">
    <w:name w:val="Body Text 2"/>
    <w:basedOn w:val="Normln"/>
    <w:link w:val="Zkladntext2Char"/>
    <w:uiPriority w:val="99"/>
    <w:unhideWhenUsed/>
    <w:rsid w:val="00AA1D8D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rsid w:val="00AA1D8D"/>
  </w:style>
  <w:style w:type="paragraph" w:styleId="Zkladntext3">
    <w:name w:val="Body Text 3"/>
    <w:basedOn w:val="Normln"/>
    <w:link w:val="Zkladn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rsid w:val="00AA1D8D"/>
    <w:rPr>
      <w:sz w:val="16"/>
      <w:szCs w:val="16"/>
    </w:rPr>
  </w:style>
  <w:style w:type="paragraph" w:styleId="Seznam">
    <w:name w:val="List"/>
    <w:basedOn w:val="Normln"/>
    <w:uiPriority w:val="99"/>
    <w:unhideWhenUsed/>
    <w:rsid w:val="00AA1D8D"/>
    <w:pPr>
      <w:ind w:left="360" w:hanging="360"/>
      <w:contextualSpacing/>
    </w:pPr>
  </w:style>
  <w:style w:type="paragraph" w:styleId="Seznam2">
    <w:name w:val="List 2"/>
    <w:basedOn w:val="Normln"/>
    <w:uiPriority w:val="99"/>
    <w:unhideWhenUsed/>
    <w:rsid w:val="00326F90"/>
    <w:pPr>
      <w:ind w:left="720" w:hanging="360"/>
      <w:contextualSpacing/>
    </w:pPr>
  </w:style>
  <w:style w:type="paragraph" w:styleId="Seznam3">
    <w:name w:val="List 3"/>
    <w:basedOn w:val="Normln"/>
    <w:uiPriority w:val="99"/>
    <w:unhideWhenUsed/>
    <w:rsid w:val="00326F90"/>
    <w:pPr>
      <w:ind w:left="1080" w:hanging="360"/>
      <w:contextualSpacing/>
    </w:pPr>
  </w:style>
  <w:style w:type="paragraph" w:styleId="Seznamsodrkami">
    <w:name w:val="List Bullet"/>
    <w:basedOn w:val="Normln"/>
    <w:uiPriority w:val="99"/>
    <w:unhideWhenUsed/>
    <w:rsid w:val="00326F90"/>
    <w:pPr>
      <w:numPr>
        <w:numId w:val="1"/>
      </w:numPr>
      <w:contextualSpacing/>
    </w:pPr>
  </w:style>
  <w:style w:type="paragraph" w:styleId="Seznamsodrkami2">
    <w:name w:val="List Bullet 2"/>
    <w:basedOn w:val="Normln"/>
    <w:uiPriority w:val="99"/>
    <w:unhideWhenUsed/>
    <w:rsid w:val="00326F90"/>
    <w:pPr>
      <w:numPr>
        <w:numId w:val="2"/>
      </w:numPr>
      <w:contextualSpacing/>
    </w:pPr>
  </w:style>
  <w:style w:type="paragraph" w:styleId="Seznamsodrkami3">
    <w:name w:val="List Bullet 3"/>
    <w:basedOn w:val="Normln"/>
    <w:uiPriority w:val="99"/>
    <w:unhideWhenUsed/>
    <w:rsid w:val="00326F90"/>
    <w:pPr>
      <w:numPr>
        <w:numId w:val="3"/>
      </w:numPr>
      <w:contextualSpacing/>
    </w:pPr>
  </w:style>
  <w:style w:type="paragraph" w:styleId="slovanseznam">
    <w:name w:val="List Number"/>
    <w:basedOn w:val="Normln"/>
    <w:uiPriority w:val="99"/>
    <w:unhideWhenUsed/>
    <w:rsid w:val="00326F90"/>
    <w:pPr>
      <w:numPr>
        <w:numId w:val="5"/>
      </w:numPr>
      <w:contextualSpacing/>
    </w:pPr>
  </w:style>
  <w:style w:type="paragraph" w:styleId="slovanseznam2">
    <w:name w:val="List Number 2"/>
    <w:basedOn w:val="Normln"/>
    <w:uiPriority w:val="99"/>
    <w:unhideWhenUsed/>
    <w:rsid w:val="0029639D"/>
    <w:pPr>
      <w:numPr>
        <w:numId w:val="6"/>
      </w:numPr>
      <w:contextualSpacing/>
    </w:pPr>
  </w:style>
  <w:style w:type="paragraph" w:styleId="slovanseznam3">
    <w:name w:val="List Number 3"/>
    <w:basedOn w:val="Normln"/>
    <w:uiPriority w:val="99"/>
    <w:unhideWhenUsed/>
    <w:rsid w:val="0029639D"/>
    <w:pPr>
      <w:numPr>
        <w:numId w:val="7"/>
      </w:numPr>
      <w:contextualSpacing/>
    </w:pPr>
  </w:style>
  <w:style w:type="paragraph" w:styleId="Pokraovnseznamu">
    <w:name w:val="List Continue"/>
    <w:basedOn w:val="Normln"/>
    <w:uiPriority w:val="99"/>
    <w:unhideWhenUsed/>
    <w:rsid w:val="0029639D"/>
    <w:pPr>
      <w:spacing w:after="120"/>
      <w:ind w:left="360"/>
      <w:contextualSpacing/>
    </w:pPr>
  </w:style>
  <w:style w:type="paragraph" w:styleId="Pokraovnseznamu2">
    <w:name w:val="List Continue 2"/>
    <w:basedOn w:val="Normln"/>
    <w:uiPriority w:val="99"/>
    <w:unhideWhenUsed/>
    <w:rsid w:val="0029639D"/>
    <w:pPr>
      <w:spacing w:after="120"/>
      <w:ind w:left="720"/>
      <w:contextualSpacing/>
    </w:pPr>
  </w:style>
  <w:style w:type="paragraph" w:styleId="Pokraovnseznamu3">
    <w:name w:val="List Continue 3"/>
    <w:basedOn w:val="Normln"/>
    <w:uiPriority w:val="99"/>
    <w:unhideWhenUsed/>
    <w:rsid w:val="0029639D"/>
    <w:pPr>
      <w:spacing w:after="120"/>
      <w:ind w:left="1080"/>
      <w:contextualSpacing/>
    </w:pPr>
  </w:style>
  <w:style w:type="paragraph" w:styleId="Textmakra">
    <w:name w:val="macro"/>
    <w:link w:val="Textmakra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makraChar">
    <w:name w:val="Text makra Char"/>
    <w:basedOn w:val="Standardnpsmoodstavce"/>
    <w:link w:val="Textmakra"/>
    <w:uiPriority w:val="99"/>
    <w:rsid w:val="0029639D"/>
    <w:rPr>
      <w:rFonts w:ascii="Courier" w:hAnsi="Courier"/>
      <w:sz w:val="20"/>
      <w:szCs w:val="20"/>
    </w:rPr>
  </w:style>
  <w:style w:type="paragraph" w:styleId="Citt">
    <w:name w:val="Quote"/>
    <w:basedOn w:val="Normln"/>
    <w:next w:val="Normln"/>
    <w:link w:val="CittChar"/>
    <w:uiPriority w:val="29"/>
    <w:qFormat/>
    <w:rsid w:val="00FC693F"/>
    <w:rPr>
      <w:i/>
      <w:iCs/>
      <w:color w:val="000000" w:themeColor="text1"/>
    </w:rPr>
  </w:style>
  <w:style w:type="character" w:customStyle="1" w:styleId="CittChar">
    <w:name w:val="Citát Char"/>
    <w:basedOn w:val="Standardnpsmoodstavce"/>
    <w:link w:val="Citt"/>
    <w:uiPriority w:val="29"/>
    <w:rsid w:val="00FC693F"/>
    <w:rPr>
      <w:i/>
      <w:iCs/>
      <w:color w:val="000000" w:themeColor="text1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ulek">
    <w:name w:val="caption"/>
    <w:basedOn w:val="Normln"/>
    <w:next w:val="Normln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iln">
    <w:name w:val="Strong"/>
    <w:basedOn w:val="Standardnpsmoodstavce"/>
    <w:uiPriority w:val="22"/>
    <w:qFormat/>
    <w:rsid w:val="00FC693F"/>
    <w:rPr>
      <w:b/>
      <w:bCs/>
    </w:rPr>
  </w:style>
  <w:style w:type="character" w:styleId="Zdraznn">
    <w:name w:val="Emphasis"/>
    <w:basedOn w:val="Standardnpsmoodstavce"/>
    <w:uiPriority w:val="20"/>
    <w:qFormat/>
    <w:rsid w:val="00FC693F"/>
    <w:rPr>
      <w:i/>
      <w:iCs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FC693F"/>
    <w:rPr>
      <w:b/>
      <w:bCs/>
      <w:i/>
      <w:iCs/>
      <w:color w:val="4F81BD" w:themeColor="accent1"/>
    </w:rPr>
  </w:style>
  <w:style w:type="character" w:styleId="Zdraznnjemn">
    <w:name w:val="Subtle Emphasis"/>
    <w:basedOn w:val="Standardnpsmoodstavce"/>
    <w:uiPriority w:val="19"/>
    <w:qFormat/>
    <w:rsid w:val="00FC693F"/>
    <w:rPr>
      <w:i/>
      <w:iCs/>
      <w:color w:val="808080" w:themeColor="text1" w:themeTint="7F"/>
    </w:rPr>
  </w:style>
  <w:style w:type="character" w:styleId="Zdraznnintenzivn">
    <w:name w:val="Intense Emphasis"/>
    <w:basedOn w:val="Standardnpsmoodstavce"/>
    <w:uiPriority w:val="21"/>
    <w:qFormat/>
    <w:rsid w:val="00FC693F"/>
    <w:rPr>
      <w:b/>
      <w:bCs/>
      <w:i/>
      <w:iCs/>
      <w:color w:val="4F81BD" w:themeColor="accent1"/>
    </w:rPr>
  </w:style>
  <w:style w:type="character" w:styleId="Odkazjemn">
    <w:name w:val="Subtle Reference"/>
    <w:basedOn w:val="Standardnpsmoodstavce"/>
    <w:uiPriority w:val="31"/>
    <w:qFormat/>
    <w:rsid w:val="00FC693F"/>
    <w:rPr>
      <w:smallCaps/>
      <w:color w:val="C0504D" w:themeColor="accent2"/>
      <w:u w:val="single"/>
    </w:rPr>
  </w:style>
  <w:style w:type="character" w:styleId="Odkazintenzivn">
    <w:name w:val="Intense Reference"/>
    <w:basedOn w:val="Standardnpsmoodstavce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Nzevknihy">
    <w:name w:val="Book Title"/>
    <w:basedOn w:val="Standardnpsmoodstavce"/>
    <w:uiPriority w:val="33"/>
    <w:qFormat/>
    <w:rsid w:val="00FC693F"/>
    <w:rPr>
      <w:b/>
      <w:bCs/>
      <w:smallCaps/>
      <w:spacing w:val="5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FC693F"/>
    <w:pPr>
      <w:outlineLvl w:val="9"/>
    </w:pPr>
  </w:style>
  <w:style w:type="table" w:styleId="Mkatabulky">
    <w:name w:val="Table Grid"/>
    <w:basedOn w:val="Normlntabulka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vtlstnovn">
    <w:name w:val="Light Shading"/>
    <w:basedOn w:val="Normlntabulka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vtlstnovnzvraznn1">
    <w:name w:val="Light Shading Accent 1"/>
    <w:basedOn w:val="Normlntabulka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vtlstnovnzvraznn2">
    <w:name w:val="Light Shading Accent 2"/>
    <w:basedOn w:val="Normlntabulka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vtlstnovnzvraznn3">
    <w:name w:val="Light Shading Accent 3"/>
    <w:basedOn w:val="Normlntabulka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vtlstnovnzvraznn4">
    <w:name w:val="Light Shading Accent 4"/>
    <w:basedOn w:val="Normlntabulka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vtlstnovnzvraznn5">
    <w:name w:val="Light Shading Accent 5"/>
    <w:basedOn w:val="Normlntabulka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vtlstnovnzvraznn6">
    <w:name w:val="Light Shading Accent 6"/>
    <w:basedOn w:val="Normlntabulka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Svtlseznam">
    <w:name w:val="Light List"/>
    <w:basedOn w:val="Normlntabulk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Svtlseznamzvraznn1">
    <w:name w:val="Light List Accent 1"/>
    <w:basedOn w:val="Normlntabulk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Svtlseznamzvraznn2">
    <w:name w:val="Light List Accent 2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Svtlseznamzvraznn3">
    <w:name w:val="Light List Accent 3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Svtlseznamzvraznn4">
    <w:name w:val="Light List Accent 4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Svtlseznamzvraznn5">
    <w:name w:val="Light List Accent 5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Svtlseznamzvraznn6">
    <w:name w:val="Light List Accent 6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Svtlmka">
    <w:name w:val="Light Grid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Svtlmkazvraznn1">
    <w:name w:val="Light Grid Accent 1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Svtlmkazvraznn2">
    <w:name w:val="Light Grid Accent 2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Svtlmkazvraznn3">
    <w:name w:val="Light Grid Accent 3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Svtlmkazvraznn4">
    <w:name w:val="Light Grid Accent 4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Svtlmkazvraznn5">
    <w:name w:val="Light Grid Accent 5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Svtlmkazvraznn6">
    <w:name w:val="Light Grid Accent 6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tednstnovn1">
    <w:name w:val="Medium Shading 1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1">
    <w:name w:val="Medium Shading 1 Accent 1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2">
    <w:name w:val="Medium Shading 1 Accent 2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3">
    <w:name w:val="Medium Shading 1 Accent 3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4">
    <w:name w:val="Medium Shading 1 Accent 4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5">
    <w:name w:val="Medium Shading 1 Accent 5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6">
    <w:name w:val="Medium Shading 1 Accent 6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2">
    <w:name w:val="Medium Shading 2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1">
    <w:name w:val="Medium Shading 2 Accent 1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2">
    <w:name w:val="Medium Shading 2 Accent 2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3">
    <w:name w:val="Medium Shading 2 Accent 3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4">
    <w:name w:val="Medium Shading 2 Accent 4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5">
    <w:name w:val="Medium Shading 2 Accent 5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6">
    <w:name w:val="Medium Shading 2 Accent 6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eznam1">
    <w:name w:val="Medium List 1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Stednseznam1zvraznn1">
    <w:name w:val="Medium List 1 Accent 1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Stednseznam1zvraznn2">
    <w:name w:val="Medium List 1 Accent 2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Stednseznam1zvraznn3">
    <w:name w:val="Medium List 1 Accent 3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Stednseznam1zvraznn4">
    <w:name w:val="Medium List 1 Accent 4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Stednseznam1zvraznn5">
    <w:name w:val="Medium List 1 Accent 5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Stednseznam1zvraznn6">
    <w:name w:val="Medium List 1 Accent 6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Stednseznam2">
    <w:name w:val="Medium List 2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1">
    <w:name w:val="Medium List 2 Accent 1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2">
    <w:name w:val="Medium List 2 Accent 2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3">
    <w:name w:val="Medium List 2 Accent 3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4">
    <w:name w:val="Medium List 2 Accent 4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5">
    <w:name w:val="Medium List 2 Accent 5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6">
    <w:name w:val="Medium List 2 Accent 6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mka1">
    <w:name w:val="Medium Grid 1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Stednmka1zvraznn1">
    <w:name w:val="Medium Grid 1 Accent 1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Stednmka1zvraznn2">
    <w:name w:val="Medium Grid 1 Accent 2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Stednmka1zvraznn3">
    <w:name w:val="Medium Grid 1 Accent 3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tednmka1zvraznn4">
    <w:name w:val="Medium Grid 1 Accent 4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Stednmka1zvraznn5">
    <w:name w:val="Medium Grid 1 Accent 5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Stednmka1zvraznn6">
    <w:name w:val="Medium Grid 1 Accent 6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Stednmka2">
    <w:name w:val="Medium Grid 2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1">
    <w:name w:val="Medium Grid 2 Accent 1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2">
    <w:name w:val="Medium Grid 2 Accent 2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3">
    <w:name w:val="Medium Grid 2 Accent 3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4">
    <w:name w:val="Medium Grid 2 Accent 4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5">
    <w:name w:val="Medium Grid 2 Accent 5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6">
    <w:name w:val="Medium Grid 2 Accent 6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3">
    <w:name w:val="Medium Grid 3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Stednmka3zvraznn1">
    <w:name w:val="Medium Grid 3 Accent 1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Stednmka3zvraznn2">
    <w:name w:val="Medium Grid 3 Accent 2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Stednmka3zvraznn3">
    <w:name w:val="Medium Grid 3 Accent 3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Stednmka3zvraznn4">
    <w:name w:val="Medium Grid 3 Accent 4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Stednmka3zvraznn5">
    <w:name w:val="Medium Grid 3 Accent 5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Stednmka3zvraznn6">
    <w:name w:val="Medium Grid 3 Accent 6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Tmavseznam">
    <w:name w:val="Dark List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Tmavseznamzvraznn1">
    <w:name w:val="Dark List Accent 1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Tmavseznamzvraznn2">
    <w:name w:val="Dark List Accent 2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Tmavseznamzvraznn3">
    <w:name w:val="Dark List Accent 3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Tmavseznamzvraznn4">
    <w:name w:val="Dark List Accent 4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Tmavseznamzvraznn5">
    <w:name w:val="Dark List Accent 5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Tmavseznamzvraznn6">
    <w:name w:val="Dark List Accent 6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Barevnstnovn">
    <w:name w:val="Colorful Shading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1">
    <w:name w:val="Colorful Shading Accent 1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2">
    <w:name w:val="Colorful Shading Accent 2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3">
    <w:name w:val="Colorful Shading Accent 3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Barevnstnovnzvraznn4">
    <w:name w:val="Colorful Shading Accent 4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5">
    <w:name w:val="Colorful Shading Accent 5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6">
    <w:name w:val="Colorful Shading Accent 6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eznam">
    <w:name w:val="Colorful List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Barevnseznamzvraznn1">
    <w:name w:val="Colorful List Accent 1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Barevnseznamzvraznn2">
    <w:name w:val="Colorful List Accent 2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Barevnseznamzvraznn3">
    <w:name w:val="Colorful List Accent 3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Barevnseznamzvraznn4">
    <w:name w:val="Colorful List Accent 4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Barevnseznamzvraznn5">
    <w:name w:val="Colorful List Accent 5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Barevnseznamzvraznn6">
    <w:name w:val="Colorful List Accent 6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Barevnmka">
    <w:name w:val="Colorful Grid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Barevnmkazvraznn1">
    <w:name w:val="Colorful Grid Accent 1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Barevnmkazvraznn2">
    <w:name w:val="Colorful Grid Accent 2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Barevnmkazvraznn3">
    <w:name w:val="Colorful Grid Accent 3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Barevnmkazvraznn4">
    <w:name w:val="Colorful Grid Accent 4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Barevnmkazvraznn5">
    <w:name w:val="Colorful Grid Accent 5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Barevnmkazvraznn6">
    <w:name w:val="Colorful Grid Accent 6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678</Words>
  <Characters>4004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4673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Žádost o povolení individuálního vzdělávání žáka</dc:title>
  <dc:subject>Formulář pro zákonného zástupce žáka podle § 41 školského zákona</dc:subject>
  <dc:creator>Základní škola a Mateřská škola, Pěnčín</dc:creator>
  <cp:keywords/>
  <dc:description>generated by python-docx</dc:description>
  <cp:lastModifiedBy>Veronika Bláhová</cp:lastModifiedBy>
  <cp:revision>2</cp:revision>
  <dcterms:created xsi:type="dcterms:W3CDTF">2026-09-02T12:53:00Z</dcterms:created>
  <dcterms:modified xsi:type="dcterms:W3CDTF">2026-09-02T12:53:00Z</dcterms:modified>
  <cp:category/>
</cp:coreProperties>
</file>